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8788D" w14:textId="3F2B4B68" w:rsidR="00DC1C96" w:rsidRDefault="00DE1F5F">
      <w:pPr>
        <w:spacing w:after="60"/>
        <w:jc w:val="center"/>
      </w:pPr>
      <w:r>
        <w:rPr>
          <w:rFonts w:ascii="Arial" w:hAnsi="Arial"/>
          <w:b/>
          <w:sz w:val="28"/>
        </w:rPr>
        <w:t>T.C.</w:t>
      </w:r>
    </w:p>
    <w:p w14:paraId="15D56655" w14:textId="77777777" w:rsidR="00DC1C96" w:rsidRDefault="00DE1F5F">
      <w:pPr>
        <w:spacing w:after="60"/>
        <w:jc w:val="center"/>
      </w:pPr>
      <w:r>
        <w:rPr>
          <w:rFonts w:ascii="Arial" w:hAnsi="Arial"/>
          <w:b/>
          <w:sz w:val="28"/>
        </w:rPr>
        <w:t>EFELER BELEDİYE BAŞKANLIĞI</w:t>
      </w:r>
    </w:p>
    <w:p w14:paraId="36C38BB1" w14:textId="77777777" w:rsidR="00DC1C96" w:rsidRDefault="00DE1F5F">
      <w:pPr>
        <w:spacing w:after="360"/>
        <w:jc w:val="center"/>
      </w:pPr>
      <w:r>
        <w:rPr>
          <w:rFonts w:ascii="Arial" w:hAnsi="Arial"/>
          <w:b/>
          <w:sz w:val="24"/>
        </w:rPr>
        <w:t>GENÇLİK VE SPOR HİZMETLERİ MÜDÜRLÜĞÜ GÖREV, YETKİ, SORUMLULUK VE ÇALIŞMA YÖNETMELİĞİ</w:t>
      </w:r>
    </w:p>
    <w:p w14:paraId="06D2E3B7" w14:textId="77777777" w:rsidR="00DC1C96" w:rsidRDefault="00DE1F5F">
      <w:pPr>
        <w:spacing w:before="240" w:after="60"/>
        <w:jc w:val="center"/>
      </w:pPr>
      <w:r>
        <w:rPr>
          <w:rFonts w:ascii="Arial" w:hAnsi="Arial"/>
          <w:b/>
          <w:sz w:val="24"/>
        </w:rPr>
        <w:t>BİRİNCİ BÖLÜM</w:t>
      </w:r>
    </w:p>
    <w:p w14:paraId="637691DC" w14:textId="77777777" w:rsidR="00DC1C96" w:rsidRDefault="00DE1F5F">
      <w:pPr>
        <w:spacing w:after="240"/>
        <w:jc w:val="center"/>
      </w:pPr>
      <w:r>
        <w:rPr>
          <w:rFonts w:ascii="Arial" w:hAnsi="Arial"/>
          <w:b/>
        </w:rPr>
        <w:t>Amaç, Kapsam, Hukuki Dayanak, Tanımlar ve Temel İlkeler</w:t>
      </w:r>
    </w:p>
    <w:p w14:paraId="56C68F78" w14:textId="77777777" w:rsidR="00DC1C96" w:rsidRDefault="00DE1F5F">
      <w:pPr>
        <w:spacing w:before="120" w:after="40"/>
      </w:pPr>
      <w:r>
        <w:rPr>
          <w:rFonts w:ascii="Arial" w:hAnsi="Arial"/>
          <w:b/>
        </w:rPr>
        <w:t>Amaç</w:t>
      </w:r>
    </w:p>
    <w:p w14:paraId="1A7AD3AD" w14:textId="77777777" w:rsidR="00DC1C96" w:rsidRDefault="00DE1F5F">
      <w:pPr>
        <w:spacing w:after="120"/>
        <w:jc w:val="both"/>
      </w:pPr>
      <w:r>
        <w:rPr>
          <w:rFonts w:ascii="Arial" w:hAnsi="Arial"/>
        </w:rPr>
        <w:t>MADDE 1- (1) Bu yönetmeliğin amacı; Efeler Belediyesi Gençlik ve Spor Hizmetleri Müdürlüğünün teşkilat yapısını, hukuki statüsünü, görev, yetki ve sorumlulukları ile çalışma usul ve esaslarını belirleyerek, hizmetlerin daha etkin, verimli, çağdaş, şeffaf ve hesap verebilir bir şekilde yürütülmesini sağlamaktır.</w:t>
      </w:r>
    </w:p>
    <w:p w14:paraId="75174898" w14:textId="77777777" w:rsidR="00DC1C96" w:rsidRDefault="00DE1F5F">
      <w:pPr>
        <w:spacing w:before="120" w:after="40"/>
      </w:pPr>
      <w:r>
        <w:rPr>
          <w:rFonts w:ascii="Arial" w:hAnsi="Arial"/>
          <w:b/>
        </w:rPr>
        <w:t>Kapsam</w:t>
      </w:r>
    </w:p>
    <w:p w14:paraId="1948EAA1" w14:textId="77777777" w:rsidR="00DC1C96" w:rsidRDefault="00DE1F5F">
      <w:pPr>
        <w:spacing w:after="120"/>
        <w:jc w:val="both"/>
      </w:pPr>
      <w:r>
        <w:rPr>
          <w:rFonts w:ascii="Arial" w:hAnsi="Arial"/>
        </w:rPr>
        <w:t>MADDE 2- (1) Bu yönetmelik; Gençlik ve Spor Hizmetleri Müdürlüğünün kuruluş, teşkilat, idari hiyerarşi, alt şeflik ve büro sorumlulukları, personel görev tanımları, çalışma yöntemleri ile sunulacak gençlik ve spor hizmetlerinin tüm uygulama esaslarını kapsar.</w:t>
      </w:r>
    </w:p>
    <w:p w14:paraId="1D5DDC43" w14:textId="77777777" w:rsidR="00DC1C96" w:rsidRDefault="00DE1F5F">
      <w:pPr>
        <w:spacing w:before="120" w:after="40"/>
      </w:pPr>
      <w:r>
        <w:rPr>
          <w:rFonts w:ascii="Arial" w:hAnsi="Arial"/>
          <w:b/>
        </w:rPr>
        <w:t>Hukuki Dayanak</w:t>
      </w:r>
    </w:p>
    <w:p w14:paraId="34D7AB8A" w14:textId="77777777" w:rsidR="00DC1C96" w:rsidRDefault="00DE1F5F">
      <w:pPr>
        <w:spacing w:after="120"/>
        <w:jc w:val="both"/>
      </w:pPr>
      <w:r>
        <w:rPr>
          <w:rFonts w:ascii="Arial" w:hAnsi="Arial"/>
        </w:rPr>
        <w:t>MADDE 3- (1) Bu yönetmelik; 5393 sayılı Belediye Kanunu’nun 15. maddesinin birinci fıkrasının (b) bendi ve 18. maddesinin birinci fıkrasının (m) bendi, 657 sayılı Devlet Memurları Kanunu, 5216 sayılı Büyükşehir Belediyesi Kanunu, 3289 sayılı Gençlik ve Spor Hizmetleri Kanunu ile Belediye ve Bağlı Kuruluşları ile Mahalli İdare Birlikleri Norm Kadro İlke ve Standartlarına Dair Yönetmelik hükümlerine dayanılarak hazırlanmıştır.</w:t>
      </w:r>
    </w:p>
    <w:p w14:paraId="50DCA59F" w14:textId="77777777" w:rsidR="00DC1C96" w:rsidRDefault="00DE1F5F">
      <w:pPr>
        <w:spacing w:before="120" w:after="40"/>
      </w:pPr>
      <w:r>
        <w:rPr>
          <w:rFonts w:ascii="Arial" w:hAnsi="Arial"/>
          <w:b/>
        </w:rPr>
        <w:t>Tanımlar</w:t>
      </w:r>
    </w:p>
    <w:p w14:paraId="3BCAB275" w14:textId="77777777" w:rsidR="00DC1C96" w:rsidRDefault="00DE1F5F">
      <w:pPr>
        <w:spacing w:after="60"/>
        <w:jc w:val="both"/>
      </w:pPr>
      <w:r>
        <w:rPr>
          <w:rFonts w:ascii="Arial" w:hAnsi="Arial"/>
        </w:rPr>
        <w:t>MADDE 4- (1) Bu yönetmelikte geçen;</w:t>
      </w:r>
    </w:p>
    <w:p w14:paraId="6A2D0958" w14:textId="77777777" w:rsidR="00DC1C96" w:rsidRDefault="00DE1F5F">
      <w:pPr>
        <w:spacing w:after="60"/>
        <w:ind w:left="360"/>
      </w:pPr>
      <w:r>
        <w:rPr>
          <w:rFonts w:ascii="Arial" w:hAnsi="Arial"/>
          <w:b/>
        </w:rPr>
        <w:t xml:space="preserve">a) </w:t>
      </w:r>
      <w:r>
        <w:rPr>
          <w:rFonts w:ascii="Arial" w:hAnsi="Arial"/>
        </w:rPr>
        <w:t xml:space="preserve"> Belediye: Aydın İli Efeler Belediyesini,</w:t>
      </w:r>
    </w:p>
    <w:p w14:paraId="5CCC62D0" w14:textId="77777777" w:rsidR="00DC1C96" w:rsidRDefault="00DE1F5F">
      <w:pPr>
        <w:spacing w:after="60"/>
        <w:ind w:left="360"/>
      </w:pPr>
      <w:r>
        <w:rPr>
          <w:rFonts w:ascii="Arial" w:hAnsi="Arial"/>
          <w:b/>
        </w:rPr>
        <w:t xml:space="preserve">b) </w:t>
      </w:r>
      <w:r>
        <w:rPr>
          <w:rFonts w:ascii="Arial" w:hAnsi="Arial"/>
        </w:rPr>
        <w:t xml:space="preserve"> Başkanlık Makamı: Efeler Belediyesi Başkanlık Makamını,</w:t>
      </w:r>
    </w:p>
    <w:p w14:paraId="27F7AA58" w14:textId="77777777" w:rsidR="00DC1C96" w:rsidRDefault="00DE1F5F">
      <w:pPr>
        <w:spacing w:after="60"/>
        <w:ind w:left="360"/>
      </w:pPr>
      <w:r>
        <w:rPr>
          <w:rFonts w:ascii="Arial" w:hAnsi="Arial"/>
          <w:b/>
        </w:rPr>
        <w:t xml:space="preserve">c) </w:t>
      </w:r>
      <w:r>
        <w:rPr>
          <w:rFonts w:ascii="Arial" w:hAnsi="Arial"/>
        </w:rPr>
        <w:t xml:space="preserve"> Başkan: Efeler Belediye Başkanını,</w:t>
      </w:r>
    </w:p>
    <w:p w14:paraId="634EB135" w14:textId="77777777" w:rsidR="00DC1C96" w:rsidRDefault="00DE1F5F">
      <w:pPr>
        <w:spacing w:after="60"/>
        <w:ind w:left="360"/>
      </w:pPr>
      <w:r>
        <w:rPr>
          <w:rFonts w:ascii="Arial" w:hAnsi="Arial"/>
          <w:b/>
        </w:rPr>
        <w:t xml:space="preserve">ç) </w:t>
      </w:r>
      <w:r>
        <w:rPr>
          <w:rFonts w:ascii="Arial" w:hAnsi="Arial"/>
        </w:rPr>
        <w:t xml:space="preserve"> Başkan Yardımcısı: Müdürlüğün bağlı bulunduğu ilgili Belediye Başkan Yardımcısını,</w:t>
      </w:r>
    </w:p>
    <w:p w14:paraId="5CF123C8" w14:textId="77777777" w:rsidR="00DC1C96" w:rsidRDefault="00DE1F5F">
      <w:pPr>
        <w:spacing w:after="60"/>
        <w:ind w:left="360"/>
      </w:pPr>
      <w:r>
        <w:rPr>
          <w:rFonts w:ascii="Arial" w:hAnsi="Arial"/>
          <w:b/>
        </w:rPr>
        <w:t xml:space="preserve">d) </w:t>
      </w:r>
      <w:r>
        <w:rPr>
          <w:rFonts w:ascii="Arial" w:hAnsi="Arial"/>
        </w:rPr>
        <w:t xml:space="preserve"> Meclis: Efeler Belediye Meclisini,</w:t>
      </w:r>
    </w:p>
    <w:p w14:paraId="29F68E38" w14:textId="77777777" w:rsidR="00DC1C96" w:rsidRDefault="00DE1F5F">
      <w:pPr>
        <w:spacing w:after="60"/>
        <w:ind w:left="360"/>
      </w:pPr>
      <w:r>
        <w:rPr>
          <w:rFonts w:ascii="Arial" w:hAnsi="Arial"/>
          <w:b/>
        </w:rPr>
        <w:t xml:space="preserve">e) </w:t>
      </w:r>
      <w:r>
        <w:rPr>
          <w:rFonts w:ascii="Arial" w:hAnsi="Arial"/>
        </w:rPr>
        <w:t xml:space="preserve"> Encümen: Efeler Belediye Encümenini,</w:t>
      </w:r>
    </w:p>
    <w:p w14:paraId="72BAB6A9" w14:textId="77777777" w:rsidR="00DC1C96" w:rsidRDefault="00DE1F5F">
      <w:pPr>
        <w:spacing w:after="60"/>
        <w:ind w:left="360"/>
      </w:pPr>
      <w:r>
        <w:rPr>
          <w:rFonts w:ascii="Arial" w:hAnsi="Arial"/>
          <w:b/>
        </w:rPr>
        <w:t xml:space="preserve">f) </w:t>
      </w:r>
      <w:r>
        <w:rPr>
          <w:rFonts w:ascii="Arial" w:hAnsi="Arial"/>
        </w:rPr>
        <w:t xml:space="preserve"> Müdürlük: Gençlik ve Spor Hizmetleri Müdürlüğünü,</w:t>
      </w:r>
    </w:p>
    <w:p w14:paraId="7FFE53B2" w14:textId="77777777" w:rsidR="00DC1C96" w:rsidRDefault="00DE1F5F">
      <w:pPr>
        <w:spacing w:after="60"/>
        <w:ind w:left="360"/>
      </w:pPr>
      <w:r>
        <w:rPr>
          <w:rFonts w:ascii="Arial" w:hAnsi="Arial"/>
          <w:b/>
        </w:rPr>
        <w:t xml:space="preserve">g) </w:t>
      </w:r>
      <w:r>
        <w:rPr>
          <w:rFonts w:ascii="Arial" w:hAnsi="Arial"/>
        </w:rPr>
        <w:t xml:space="preserve"> Müdür: Gençlik ve Spor Hizmetleri Müdürünü,</w:t>
      </w:r>
    </w:p>
    <w:p w14:paraId="5ADDDFDB" w14:textId="77777777" w:rsidR="00DC1C96" w:rsidRDefault="00DE1F5F">
      <w:pPr>
        <w:spacing w:after="60"/>
        <w:ind w:left="360"/>
      </w:pPr>
      <w:r>
        <w:rPr>
          <w:rFonts w:ascii="Arial" w:hAnsi="Arial"/>
        </w:rPr>
        <w:t>gğ) Şeflik: Gençlik ve Spor Hizmetleri Şefliğini,</w:t>
      </w:r>
    </w:p>
    <w:p w14:paraId="0CE1A8B5" w14:textId="77777777" w:rsidR="00DC1C96" w:rsidRDefault="00DE1F5F">
      <w:pPr>
        <w:spacing w:after="60"/>
        <w:ind w:left="360"/>
      </w:pPr>
      <w:r>
        <w:rPr>
          <w:rFonts w:ascii="Arial" w:hAnsi="Arial"/>
          <w:b/>
        </w:rPr>
        <w:t xml:space="preserve">h) </w:t>
      </w:r>
      <w:r>
        <w:rPr>
          <w:rFonts w:ascii="Arial" w:hAnsi="Arial"/>
        </w:rPr>
        <w:t xml:space="preserve"> Birim: Müdürlüğe bağlı alt çalışma grupları ve idari birimlerini,</w:t>
      </w:r>
    </w:p>
    <w:p w14:paraId="4811DA8E" w14:textId="77777777" w:rsidR="00DC1C96" w:rsidRDefault="00DE1F5F">
      <w:pPr>
        <w:spacing w:after="60"/>
        <w:ind w:left="360"/>
      </w:pPr>
      <w:r>
        <w:rPr>
          <w:rFonts w:ascii="Arial" w:hAnsi="Arial"/>
          <w:b/>
        </w:rPr>
        <w:t xml:space="preserve">ı) </w:t>
      </w:r>
      <w:r>
        <w:rPr>
          <w:rFonts w:ascii="Arial" w:hAnsi="Arial"/>
        </w:rPr>
        <w:t xml:space="preserve"> Birim Sorumlusu: Müdürlüğe bağlı alt idari birim sorumlularını,</w:t>
      </w:r>
    </w:p>
    <w:p w14:paraId="6FFA5944" w14:textId="77777777" w:rsidR="00DC1C96" w:rsidRDefault="00DE1F5F">
      <w:pPr>
        <w:spacing w:after="60"/>
        <w:ind w:left="360"/>
      </w:pPr>
      <w:r>
        <w:rPr>
          <w:rFonts w:ascii="Arial" w:hAnsi="Arial"/>
          <w:b/>
        </w:rPr>
        <w:t xml:space="preserve">i) </w:t>
      </w:r>
      <w:r>
        <w:rPr>
          <w:rFonts w:ascii="Arial" w:hAnsi="Arial"/>
        </w:rPr>
        <w:t xml:space="preserve"> Paydaş: Kurumun ürün ve hizmetlerinden doğrudan veya dolaylı, olumlu ya da olumsuz yönde etkilenen veya kuruluşu etkileyen kişi, grup, sivil toplum ve kamu kurumlarını,</w:t>
      </w:r>
    </w:p>
    <w:p w14:paraId="723F842E" w14:textId="77777777" w:rsidR="00DC1C96" w:rsidRDefault="00DE1F5F">
      <w:pPr>
        <w:spacing w:after="60"/>
        <w:ind w:left="360"/>
      </w:pPr>
      <w:r>
        <w:rPr>
          <w:rFonts w:ascii="Arial" w:hAnsi="Arial"/>
          <w:b/>
        </w:rPr>
        <w:lastRenderedPageBreak/>
        <w:t xml:space="preserve">j) </w:t>
      </w:r>
      <w:r>
        <w:rPr>
          <w:rFonts w:ascii="Arial" w:hAnsi="Arial"/>
        </w:rPr>
        <w:t xml:space="preserve"> Personel: Müdürlük bünyesinde görev yapan memur, sözleşmeli personel, kadrolu işçi ve şirket personelini ifade eder.</w:t>
      </w:r>
    </w:p>
    <w:p w14:paraId="09BEC9EE" w14:textId="77777777" w:rsidR="00DC1C96" w:rsidRDefault="00DE1F5F">
      <w:pPr>
        <w:spacing w:before="120" w:after="40"/>
      </w:pPr>
      <w:r>
        <w:rPr>
          <w:rFonts w:ascii="Arial" w:hAnsi="Arial"/>
          <w:b/>
        </w:rPr>
        <w:t>Temel İlkeler</w:t>
      </w:r>
    </w:p>
    <w:p w14:paraId="7755749E" w14:textId="77777777" w:rsidR="00DC1C96" w:rsidRDefault="00DE1F5F">
      <w:pPr>
        <w:spacing w:after="60"/>
        <w:jc w:val="both"/>
      </w:pPr>
      <w:r>
        <w:rPr>
          <w:rFonts w:ascii="Arial" w:hAnsi="Arial"/>
        </w:rPr>
        <w:t>MADDE 5- (1) Müdürlük faaliyetlerini aşağıda belirtilen temel ilkelere göre yürütür:</w:t>
      </w:r>
    </w:p>
    <w:p w14:paraId="2467C457" w14:textId="77777777" w:rsidR="00DC1C96" w:rsidRDefault="00DE1F5F">
      <w:pPr>
        <w:spacing w:after="60"/>
        <w:ind w:left="360"/>
      </w:pPr>
      <w:r>
        <w:rPr>
          <w:rFonts w:ascii="Arial" w:hAnsi="Arial"/>
        </w:rPr>
        <w:t>Halk Odaklı ve Bütüncül Yaklaşım: Yerel düzeyde sosyal adaleti güçlendiren, toplumsal cinsiyete duyarlı, insan haklarını gözeten ve toplumsal katılıma açık bir hizmet politikası gütmek.</w:t>
      </w:r>
    </w:p>
    <w:p w14:paraId="3BE409A9" w14:textId="77777777" w:rsidR="00DC1C96" w:rsidRDefault="00DE1F5F">
      <w:pPr>
        <w:spacing w:after="60"/>
        <w:ind w:left="360"/>
      </w:pPr>
      <w:r>
        <w:rPr>
          <w:rFonts w:ascii="Arial" w:hAnsi="Arial"/>
        </w:rPr>
        <w:t>Pozitif Ayrımcılık: Politikalarında ve hizmetlerinde dezavantajlı kesimlere, engellilere, kadınlara, çocuklara, şehit ve gazi yakınlarına pozitif ayrımcı yaklaşım uygulamak.</w:t>
      </w:r>
    </w:p>
    <w:p w14:paraId="365359E2" w14:textId="77777777" w:rsidR="00DC1C96" w:rsidRDefault="00DE1F5F">
      <w:pPr>
        <w:spacing w:after="60"/>
        <w:ind w:left="360"/>
      </w:pPr>
      <w:r>
        <w:rPr>
          <w:rFonts w:ascii="Arial" w:hAnsi="Arial"/>
        </w:rPr>
        <w:t>Katılımcılık ve Şeffaflık: Karar almada, uygulamada ve hizmette tarafsız, şeffaf ve hukuka uygun hareket etmek; anketler ve toplumsal araştırmalarla halkın katılımını sağlamak.</w:t>
      </w:r>
    </w:p>
    <w:p w14:paraId="36AC0380" w14:textId="77777777" w:rsidR="00DC1C96" w:rsidRDefault="00DE1F5F">
      <w:pPr>
        <w:spacing w:after="60"/>
        <w:ind w:left="360"/>
      </w:pPr>
      <w:r>
        <w:rPr>
          <w:rFonts w:ascii="Arial" w:hAnsi="Arial"/>
        </w:rPr>
        <w:t>Yenilikçilik ve Dijitalleşme: Teknolojik gelişmelere açık; e-spor, robotik kodlama ve gelecek odaklı yeni nesil gençlik modellerini (sanal gerçeklik destekli öğrenmeler, kodlama maratonları) kente kazandırmak.</w:t>
      </w:r>
    </w:p>
    <w:p w14:paraId="000F1B86" w14:textId="77777777" w:rsidR="00DC1C96" w:rsidRDefault="00DE1F5F">
      <w:pPr>
        <w:spacing w:before="240" w:after="60"/>
        <w:jc w:val="center"/>
      </w:pPr>
      <w:r>
        <w:rPr>
          <w:rFonts w:ascii="Arial" w:hAnsi="Arial"/>
          <w:b/>
          <w:sz w:val="24"/>
        </w:rPr>
        <w:t>İKİNCİ BÖLÜM</w:t>
      </w:r>
    </w:p>
    <w:p w14:paraId="5E9F84DF" w14:textId="77777777" w:rsidR="00DC1C96" w:rsidRDefault="00DE1F5F">
      <w:pPr>
        <w:spacing w:after="240"/>
        <w:jc w:val="center"/>
      </w:pPr>
      <w:r>
        <w:rPr>
          <w:rFonts w:ascii="Arial" w:hAnsi="Arial"/>
          <w:b/>
        </w:rPr>
        <w:t>Kuruluş, Teşkilat Yapısı ve Bağlılık Hiyerarşisi</w:t>
      </w:r>
    </w:p>
    <w:p w14:paraId="28B94AC3" w14:textId="77777777" w:rsidR="00DC1C96" w:rsidRDefault="00DE1F5F">
      <w:pPr>
        <w:spacing w:before="120" w:after="40"/>
      </w:pPr>
      <w:r>
        <w:rPr>
          <w:rFonts w:ascii="Arial" w:hAnsi="Arial"/>
          <w:b/>
        </w:rPr>
        <w:t>Kuruluş</w:t>
      </w:r>
    </w:p>
    <w:p w14:paraId="6775E398" w14:textId="77777777" w:rsidR="00DC1C96" w:rsidRDefault="00DE1F5F">
      <w:pPr>
        <w:spacing w:after="120"/>
        <w:jc w:val="both"/>
      </w:pPr>
      <w:r>
        <w:rPr>
          <w:rFonts w:ascii="Arial" w:hAnsi="Arial"/>
        </w:rPr>
        <w:t>MADDE 6- (1) Efeler Belediyesi Gençlik ve Spor Hizmetleri Müdürlüğü; Belediye ve Bağlı Kuruluşları ile Mahalli İdare Birlikleri Norm Kadro İlke ve Standartlarına Dair Yönetmelik çerçevesinde, Efeler Belediyesi 01.09.2026 Tarih ve 87 Sayılı Meclis kararı ile kurulmuştur.</w:t>
      </w:r>
    </w:p>
    <w:p w14:paraId="30A9265F" w14:textId="77777777" w:rsidR="00DC1C96" w:rsidRDefault="00DE1F5F">
      <w:pPr>
        <w:spacing w:before="120" w:after="40"/>
      </w:pPr>
      <w:r>
        <w:rPr>
          <w:rFonts w:ascii="Arial" w:hAnsi="Arial"/>
          <w:b/>
        </w:rPr>
        <w:t>Teşkilat ve Organizasyon Yapısı</w:t>
      </w:r>
    </w:p>
    <w:p w14:paraId="6431D06B" w14:textId="77777777" w:rsidR="00DC1C96" w:rsidRDefault="00DE1F5F">
      <w:pPr>
        <w:spacing w:after="120"/>
        <w:jc w:val="both"/>
      </w:pPr>
      <w:r>
        <w:rPr>
          <w:rFonts w:ascii="Arial" w:hAnsi="Arial"/>
        </w:rPr>
        <w:t>MADDE 7- (1) Müdürlük; Müdür, İdari ve Mali İşler Birimi, Spor Faaliyetleri Birimi, Gençlik Hizmetleri Birimi ve Dijital Gençlik Merkezi biriminden oluşur.</w:t>
      </w:r>
      <w:r>
        <w:rPr>
          <w:rFonts w:ascii="Arial" w:hAnsi="Arial"/>
        </w:rPr>
        <w:br/>
        <w:t>(2) Müdürlüğün organizasyon şeması: Gençlik ve Spor Hizmetleri Müdürlüğüne bağlı olarak şef, memur, işçi, sözleşmeli personel ve şirket personeli görev yapar.</w:t>
      </w:r>
    </w:p>
    <w:p w14:paraId="661584C4" w14:textId="77777777" w:rsidR="00DC1C96" w:rsidRDefault="00DE1F5F">
      <w:pPr>
        <w:spacing w:before="120" w:after="40"/>
      </w:pPr>
      <w:r>
        <w:rPr>
          <w:rFonts w:ascii="Arial" w:hAnsi="Arial"/>
          <w:b/>
        </w:rPr>
        <w:t>Bağlılık ve Sorumluluk</w:t>
      </w:r>
    </w:p>
    <w:p w14:paraId="6293429F" w14:textId="77777777" w:rsidR="00DC1C96" w:rsidRDefault="00DE1F5F">
      <w:pPr>
        <w:spacing w:after="120"/>
        <w:jc w:val="both"/>
      </w:pPr>
      <w:r>
        <w:rPr>
          <w:rFonts w:ascii="Arial" w:hAnsi="Arial"/>
        </w:rPr>
        <w:t>MADDE 8- (1) Gençlik ve Spor Hizmetleri Müdürü; yürürlükteki mevzuat, proje, plan, program ve usullerde belirtilen sorumluluklar ile kendisine verilen görevlerin mevzuata uygun olarak yürütülmesinden ilgili Başkan Yardımcısına ve Başkana karşı sorumludur.</w:t>
      </w:r>
      <w:r>
        <w:rPr>
          <w:rFonts w:ascii="Arial" w:hAnsi="Arial"/>
        </w:rPr>
        <w:br/>
        <w:t>(2) Şefler ve büro sorumluları; kendilerine verilen görevlerin mevzuata uygun yapılmasından Müdüre karşı sorumludur.</w:t>
      </w:r>
      <w:r>
        <w:rPr>
          <w:rFonts w:ascii="Arial" w:hAnsi="Arial"/>
        </w:rPr>
        <w:br/>
        <w:t>(3) Diğer tüm personel; kendilerine verilen görevleri gereği gibi ve süresi içinde yerine getirmekle yükümlü olup ilgili şefe ve müdüre karşı sorumludur.</w:t>
      </w:r>
    </w:p>
    <w:p w14:paraId="466FAB6C" w14:textId="77777777" w:rsidR="00DC1C96" w:rsidRDefault="00DE1F5F">
      <w:pPr>
        <w:spacing w:before="240" w:after="60"/>
        <w:jc w:val="center"/>
      </w:pPr>
      <w:r>
        <w:rPr>
          <w:rFonts w:ascii="Arial" w:hAnsi="Arial"/>
          <w:b/>
          <w:sz w:val="24"/>
        </w:rPr>
        <w:t>ÜÇÜNCÜ BÖLÜM</w:t>
      </w:r>
    </w:p>
    <w:p w14:paraId="45102A06" w14:textId="77777777" w:rsidR="00DC1C96" w:rsidRDefault="00DE1F5F">
      <w:pPr>
        <w:spacing w:after="240"/>
        <w:jc w:val="center"/>
      </w:pPr>
      <w:r>
        <w:rPr>
          <w:rFonts w:ascii="Arial" w:hAnsi="Arial"/>
          <w:b/>
        </w:rPr>
        <w:t>Müdürlüğün Temel Görevi, Müdürün Görev, Yetki ve Sorumlulukları</w:t>
      </w:r>
    </w:p>
    <w:p w14:paraId="1828EF37" w14:textId="77777777" w:rsidR="00DC1C96" w:rsidRDefault="00DE1F5F">
      <w:pPr>
        <w:spacing w:before="120" w:after="40"/>
      </w:pPr>
      <w:r>
        <w:rPr>
          <w:rFonts w:ascii="Arial" w:hAnsi="Arial"/>
          <w:b/>
        </w:rPr>
        <w:t>Müdürlüğün Temel Görevi</w:t>
      </w:r>
    </w:p>
    <w:p w14:paraId="756DCBF2" w14:textId="77777777" w:rsidR="00DC1C96" w:rsidRDefault="00DE1F5F">
      <w:pPr>
        <w:spacing w:after="120"/>
        <w:jc w:val="both"/>
      </w:pPr>
      <w:r>
        <w:rPr>
          <w:rFonts w:ascii="Arial" w:hAnsi="Arial"/>
        </w:rPr>
        <w:t xml:space="preserve">MADDE 9- (1) Belediyenin gençlik ve spora yönelik yaptığı her türlü eğitim, atölye, sosyal, eğitsel, spor faaliyetlerinin ve etkinliklerin içeriğini belirlemek, planlamak ve bu işlerin düzenlenmesini </w:t>
      </w:r>
      <w:r>
        <w:rPr>
          <w:rFonts w:ascii="Arial" w:hAnsi="Arial"/>
        </w:rPr>
        <w:lastRenderedPageBreak/>
        <w:t>sağlamaktır.</w:t>
      </w:r>
      <w:r>
        <w:rPr>
          <w:rFonts w:ascii="Arial" w:hAnsi="Arial"/>
        </w:rPr>
        <w:br/>
        <w:t>(2) Efeler'de yaşayan çocuk ve gençlerin akademik, sosyal ve kişisel gelişimlerini desteklemek amacıyla, ilgili mevzuatın izin verdiği ölçüde etüt, çalışma grubu, akademik destek, rehberlik, seminer, atölye vb. faaliyetler düzenlemek,</w:t>
      </w:r>
      <w:r>
        <w:rPr>
          <w:rFonts w:ascii="Arial" w:hAnsi="Arial"/>
        </w:rPr>
        <w:br/>
        <w:t>(3) Efeler halkına yaşam boyu spor yapma bilincinin kazandırılması için projeler üretmek, sporu bir yaşam biçimi haline getirmek ve yaşam boyu spor kültürünü yaygınlaştırmak için gerekli fiziki ve sosyal ortamı hazırlamaktır.</w:t>
      </w:r>
      <w:r>
        <w:rPr>
          <w:rFonts w:ascii="Arial" w:hAnsi="Arial"/>
        </w:rPr>
        <w:br/>
        <w:t>(4) Efeler gençlerinin ihtiyaç ve talepleriyle şekillenecek; yeteneklerini keşfedecekleri, spor, kültür-sanat etkinliklerine ulaşabilecekleri, dijital becerilerini geliştirecek sanal gerçeklik destekli öğrenmeler, yazılım ve kodlama maratonları gibi yenilikçi yaklaşımlarla yeni nesil gençlik merkezleri oluşturmak, gençlerin kent yönetiminde çözüm ortağı olmalarını sağlamaktır.</w:t>
      </w:r>
    </w:p>
    <w:p w14:paraId="1036013F" w14:textId="77777777" w:rsidR="00DC1C96" w:rsidRDefault="00DE1F5F">
      <w:pPr>
        <w:spacing w:before="120" w:after="40"/>
      </w:pPr>
      <w:r>
        <w:rPr>
          <w:rFonts w:ascii="Arial" w:hAnsi="Arial"/>
          <w:b/>
        </w:rPr>
        <w:t>Müdürlüğün Kanuni Görevleri</w:t>
      </w:r>
    </w:p>
    <w:p w14:paraId="02DA8AF5" w14:textId="77777777" w:rsidR="00DC1C96" w:rsidRDefault="00DE1F5F">
      <w:pPr>
        <w:spacing w:after="60"/>
        <w:jc w:val="both"/>
      </w:pPr>
      <w:r>
        <w:rPr>
          <w:rFonts w:ascii="Arial" w:hAnsi="Arial"/>
        </w:rPr>
        <w:t>MADDE 10- (1) Müdürlük, aşağıda belirtilen görevleri mevzuata uygun olarak yürütür:</w:t>
      </w:r>
    </w:p>
    <w:p w14:paraId="15118DE8" w14:textId="77777777" w:rsidR="00DC1C96" w:rsidRDefault="00DE1F5F">
      <w:pPr>
        <w:spacing w:after="60"/>
        <w:ind w:left="360"/>
      </w:pPr>
      <w:r>
        <w:rPr>
          <w:rFonts w:ascii="Arial" w:hAnsi="Arial"/>
          <w:b/>
        </w:rPr>
        <w:t xml:space="preserve">a) </w:t>
      </w:r>
      <w:r>
        <w:rPr>
          <w:rFonts w:ascii="Arial" w:hAnsi="Arial"/>
        </w:rPr>
        <w:t xml:space="preserve"> Kurumsal İş Birlikleri ve Projeler: Efeler ilçesinde bulunan kamu kurum ve kuruluşlarının, üniversitelerin, federasyonların, sivil toplum kuruluşlarının ve meslek odalarının sporla ilgili birimleriyle iş birliği yapmak ve kente değer katacak uygulanabilir ortak projeler geliştirmek.</w:t>
      </w:r>
    </w:p>
    <w:p w14:paraId="5D7DB9E6" w14:textId="77777777" w:rsidR="00DC1C96" w:rsidRDefault="00DE1F5F">
      <w:pPr>
        <w:spacing w:after="60"/>
        <w:ind w:left="360"/>
      </w:pPr>
      <w:r>
        <w:rPr>
          <w:rFonts w:ascii="Arial" w:hAnsi="Arial"/>
          <w:b/>
        </w:rPr>
        <w:t xml:space="preserve">b) </w:t>
      </w:r>
      <w:r>
        <w:rPr>
          <w:rFonts w:ascii="Arial" w:hAnsi="Arial"/>
        </w:rPr>
        <w:t xml:space="preserve"> Tesis Yönetimi ve Bakım-Onarım: Belediyeye ait her türlü spor sahası, yüzme havuzu, spor salonu, kompleks ve gençlik merkezlerinin periyodik onarımını, rutin bakımını, temizliğini, güvenliğini ve amacına uygun olarak işletilmesini sağlamak.</w:t>
      </w:r>
    </w:p>
    <w:p w14:paraId="3B519B60" w14:textId="77777777" w:rsidR="00DC1C96" w:rsidRDefault="00DE1F5F">
      <w:pPr>
        <w:spacing w:after="60"/>
        <w:ind w:left="360"/>
      </w:pPr>
      <w:r>
        <w:rPr>
          <w:rFonts w:ascii="Arial" w:hAnsi="Arial"/>
          <w:b/>
        </w:rPr>
        <w:t xml:space="preserve">c) </w:t>
      </w:r>
      <w:r>
        <w:rPr>
          <w:rFonts w:ascii="Arial" w:hAnsi="Arial"/>
        </w:rPr>
        <w:t xml:space="preserve"> Kulüplere ve Sporculara Destekler: İlçe sınırları içerisindeki amatör spor kulüpleri ile koordineli olarak amatör sporun gelişmesi yönünde amatör spor kulüplerine, okul spor kulüplerine ve bireysel sporculara yapılacak olan ayni (malzeme, lojistik, ulaşım) ve nakdi yardımlarla ilgili tüm iş ve işlemleri, imkanlar ölçüsünde 5393 sayılı Belediye Kanunu, ilgili mevzuat ve meclis kararları doğrultusunda yürütmek; gençleri sporu teşvik etmek amacıyla gerektiğinde malzeme ve altyapı desteği vermek.</w:t>
      </w:r>
    </w:p>
    <w:p w14:paraId="44C27E27" w14:textId="77777777" w:rsidR="00DC1C96" w:rsidRDefault="00DE1F5F">
      <w:pPr>
        <w:spacing w:after="60"/>
        <w:ind w:left="360"/>
      </w:pPr>
      <w:r>
        <w:rPr>
          <w:rFonts w:ascii="Arial" w:hAnsi="Arial"/>
          <w:b/>
        </w:rPr>
        <w:t xml:space="preserve">ç) </w:t>
      </w:r>
      <w:r>
        <w:rPr>
          <w:rFonts w:ascii="Arial" w:hAnsi="Arial"/>
        </w:rPr>
        <w:t xml:space="preserve"> Ödüllü Yarışma ve Turnuvalar: Ulusal/uluslararası özel gün ve haftalarda veya üst yönetimin talebi üzerine; çocukların, gençlerin ve yetişkinlerin beceri ile sportif alanlardaki gelişimlerini desteklemek amacıyla ödüllü yarışmalar, şenlikler ve turnuvalar düzenlemek.</w:t>
      </w:r>
    </w:p>
    <w:p w14:paraId="746E748F" w14:textId="77777777" w:rsidR="00DC1C96" w:rsidRDefault="00DE1F5F">
      <w:pPr>
        <w:spacing w:after="60"/>
        <w:ind w:left="360"/>
      </w:pPr>
      <w:r>
        <w:rPr>
          <w:rFonts w:ascii="Arial" w:hAnsi="Arial"/>
          <w:b/>
        </w:rPr>
        <w:t xml:space="preserve">d) </w:t>
      </w:r>
      <w:r>
        <w:rPr>
          <w:rFonts w:ascii="Arial" w:hAnsi="Arial"/>
        </w:rPr>
        <w:t xml:space="preserve"> Halk Katılımı ve Toplumsal Araştırmalar: Kent genelinde toplumsal ihtiyaç ve isteklerin belirlenmesi amacıyla anketler, alan taramaları ve sosyolojik araştırmalar yapmak veya yaptırmak; katılımcı yönetim ilkesiyle halkı sürekli bilgilendirmek.</w:t>
      </w:r>
    </w:p>
    <w:p w14:paraId="4C7A7C59" w14:textId="77777777" w:rsidR="00DC1C96" w:rsidRDefault="00DE1F5F">
      <w:pPr>
        <w:spacing w:after="60"/>
        <w:ind w:left="360"/>
      </w:pPr>
      <w:r>
        <w:rPr>
          <w:rFonts w:ascii="Arial" w:hAnsi="Arial"/>
          <w:b/>
        </w:rPr>
        <w:t xml:space="preserve">e) </w:t>
      </w:r>
      <w:r>
        <w:rPr>
          <w:rFonts w:ascii="Arial" w:hAnsi="Arial"/>
        </w:rPr>
        <w:t xml:space="preserve"> Ödüllendirme Mekanizması: Yurt içinde ve yurt dışında müsabakalarda üstün başarı gösteren veya derece alan öğrencilere, sporculara, teknik yöneticilere ve antrenörlere Belediye Meclisi kararıyla ödül vermek, başarıya teşvik etmek.</w:t>
      </w:r>
    </w:p>
    <w:p w14:paraId="1201397A" w14:textId="77777777" w:rsidR="00DC1C96" w:rsidRDefault="00DE1F5F">
      <w:pPr>
        <w:spacing w:after="60"/>
        <w:ind w:left="360"/>
      </w:pPr>
      <w:r>
        <w:rPr>
          <w:rFonts w:ascii="Arial" w:hAnsi="Arial"/>
          <w:b/>
        </w:rPr>
        <w:t xml:space="preserve">f) </w:t>
      </w:r>
      <w:r>
        <w:rPr>
          <w:rFonts w:ascii="Arial" w:hAnsi="Arial"/>
        </w:rPr>
        <w:t xml:space="preserve"> Gizlilik ve Veri Güvenliği: Müdürlüğün görev alanına giren hizmetler kapsamında elde edilen kişisel veriler, ilgili mevzuat hükümlerine uygun olarak işlenir, saklanır ve korunur. Gizlilik ve veri güvenliğine ilişkin gerekli idari ve teknik tedbirler alınır.</w:t>
      </w:r>
    </w:p>
    <w:p w14:paraId="5406BA50" w14:textId="77777777" w:rsidR="00DC1C96" w:rsidRDefault="00DE1F5F">
      <w:pPr>
        <w:spacing w:before="120" w:after="40"/>
      </w:pPr>
      <w:r>
        <w:rPr>
          <w:rFonts w:ascii="Arial" w:hAnsi="Arial"/>
          <w:b/>
        </w:rPr>
        <w:t>Müdürün Görev, Yetki ve Sorumlulukları</w:t>
      </w:r>
    </w:p>
    <w:p w14:paraId="2126635C" w14:textId="77777777" w:rsidR="00DC1C96" w:rsidRDefault="00DE1F5F">
      <w:pPr>
        <w:spacing w:after="60"/>
        <w:jc w:val="both"/>
      </w:pPr>
      <w:r>
        <w:rPr>
          <w:rFonts w:ascii="Arial" w:hAnsi="Arial"/>
        </w:rPr>
        <w:t>MADDE 11- (1) Gençlik ve Spor Hizmetleri Müdürü, Başkanlık Makamının emir ve onayı üzerine aşağıdaki görevleri yapar:</w:t>
      </w:r>
    </w:p>
    <w:p w14:paraId="58BE8129" w14:textId="77777777" w:rsidR="00DC1C96" w:rsidRDefault="00DE1F5F">
      <w:pPr>
        <w:spacing w:after="60"/>
        <w:ind w:left="360"/>
      </w:pPr>
      <w:r>
        <w:rPr>
          <w:rFonts w:ascii="Arial" w:hAnsi="Arial"/>
          <w:b/>
        </w:rPr>
        <w:lastRenderedPageBreak/>
        <w:t xml:space="preserve">a) </w:t>
      </w:r>
      <w:r>
        <w:rPr>
          <w:rFonts w:ascii="Arial" w:hAnsi="Arial"/>
        </w:rPr>
        <w:t xml:space="preserve"> Stratejik ve Eylemsel Planlama: Belediyemiz yönetim sistemleri politikasına, stratejik planına ve performans yönetimi süreçlerine uygun olarak yıllık birim bütçesinin, yatırım/cari projelerinin ve hedef kartlarının belirlenmesini ve gerçekleşmesini sağlamak.</w:t>
      </w:r>
    </w:p>
    <w:p w14:paraId="1F6DD957" w14:textId="77777777" w:rsidR="00DC1C96" w:rsidRDefault="00DE1F5F">
      <w:pPr>
        <w:spacing w:after="60"/>
        <w:ind w:left="360"/>
      </w:pPr>
      <w:r>
        <w:rPr>
          <w:rFonts w:ascii="Arial" w:hAnsi="Arial"/>
          <w:b/>
        </w:rPr>
        <w:t xml:space="preserve">b) </w:t>
      </w:r>
      <w:r>
        <w:rPr>
          <w:rFonts w:ascii="Arial" w:hAnsi="Arial"/>
        </w:rPr>
        <w:t xml:space="preserve"> Bütçe ve Harcama Yetkisi: Kurumun mali kaynaklarının etkin ve verimli kullanılması amacıyla harcama yetkilisi sıfatıyla bütçeyi yönetmek; iç ve dış mali denetim sırasında denetçilere bilgi, belge ve kolaylıklar sağlamak.</w:t>
      </w:r>
    </w:p>
    <w:p w14:paraId="5437911B" w14:textId="77777777" w:rsidR="00DC1C96" w:rsidRDefault="00DE1F5F">
      <w:pPr>
        <w:spacing w:after="60"/>
        <w:ind w:left="360"/>
      </w:pPr>
      <w:r>
        <w:rPr>
          <w:rFonts w:ascii="Arial" w:hAnsi="Arial"/>
          <w:b/>
        </w:rPr>
        <w:t xml:space="preserve">c) </w:t>
      </w:r>
      <w:r>
        <w:rPr>
          <w:rFonts w:ascii="Arial" w:hAnsi="Arial"/>
        </w:rPr>
        <w:t xml:space="preserve"> İç Kontrol Standartlarına Uyum ve İzleme: Birimdeki düzenleme, faaliyet, süreç ve işlemlerin iç kontrol bileşenleri ile Kamu İç Kontrol Standartlarına uyum düzeyini, sürekli değerlendirmeler yapmak suretiyle izlemek ve sonuçlarını raporlamak.</w:t>
      </w:r>
    </w:p>
    <w:p w14:paraId="72C6A2FB" w14:textId="77777777" w:rsidR="00DC1C96" w:rsidRDefault="00DE1F5F">
      <w:pPr>
        <w:spacing w:after="60"/>
        <w:ind w:left="360"/>
      </w:pPr>
      <w:r>
        <w:rPr>
          <w:rFonts w:ascii="Arial" w:hAnsi="Arial"/>
          <w:b/>
        </w:rPr>
        <w:t xml:space="preserve">ç) </w:t>
      </w:r>
      <w:r>
        <w:rPr>
          <w:rFonts w:ascii="Arial" w:hAnsi="Arial"/>
        </w:rPr>
        <w:t xml:space="preserve"> İş Sağlığı ve Güvenliği (İSG): Bölümünde iş sağlığı ve güvenliği uzmanı koordinasyonunda yürütülmekte olan İSG çalışmalarının yasal uygulamaları ile bu uygulamalara paralel olarak kurulmuş olan ISO 45001 Yönetim Sisteminin sürekliliğini sağlamak; İSG İç Yönetmeliğine uygun davranılmasını ve takibini sağlamak.</w:t>
      </w:r>
    </w:p>
    <w:p w14:paraId="49675FC9" w14:textId="77777777" w:rsidR="00DC1C96" w:rsidRDefault="00DE1F5F">
      <w:pPr>
        <w:spacing w:after="60"/>
        <w:ind w:left="360"/>
      </w:pPr>
      <w:r>
        <w:rPr>
          <w:rFonts w:ascii="Arial" w:hAnsi="Arial"/>
          <w:b/>
        </w:rPr>
        <w:t xml:space="preserve">d) </w:t>
      </w:r>
      <w:r>
        <w:rPr>
          <w:rFonts w:ascii="Arial" w:hAnsi="Arial"/>
        </w:rPr>
        <w:t xml:space="preserve"> Personel Sevk, İdare ve Denetimi: Sorumluluğu altındaki tüm işleri ve çalışanları denetlemek, personel arasında adil bir görev dağılımı yapmak, birinci disiplin amiri olarak başarı ve performans değerlendirmelerini gerçekleştirmek; personelin eğitim ihtiyacını belirleyerek ilgili müdürlüğe iletmek.</w:t>
      </w:r>
    </w:p>
    <w:p w14:paraId="1DD26B60" w14:textId="77777777" w:rsidR="00DC1C96" w:rsidRDefault="00DE1F5F">
      <w:pPr>
        <w:spacing w:after="60"/>
        <w:ind w:left="360"/>
      </w:pPr>
      <w:r>
        <w:rPr>
          <w:rFonts w:ascii="Arial" w:hAnsi="Arial"/>
          <w:b/>
        </w:rPr>
        <w:t xml:space="preserve">e) </w:t>
      </w:r>
      <w:r>
        <w:rPr>
          <w:rFonts w:ascii="Arial" w:hAnsi="Arial"/>
        </w:rPr>
        <w:t xml:space="preserve"> Temsil ve İmza Yetkisi: Müdürlüğü Başkanlık huzurunda temsil etmek, müdürlük ile ilgili yazışmalarda birinci derece imza yetkisini kullanmak, gerekli durumlarda mülki amirden onay almak suretiyle ortak projeler yürütmek.</w:t>
      </w:r>
    </w:p>
    <w:p w14:paraId="2C6E150C" w14:textId="77777777" w:rsidR="00DC1C96" w:rsidRDefault="00DE1F5F">
      <w:pPr>
        <w:spacing w:after="60"/>
        <w:ind w:left="360"/>
      </w:pPr>
      <w:r>
        <w:rPr>
          <w:rFonts w:ascii="Arial" w:hAnsi="Arial"/>
          <w:b/>
        </w:rPr>
        <w:t xml:space="preserve">f) </w:t>
      </w:r>
      <w:r>
        <w:rPr>
          <w:rFonts w:ascii="Arial" w:hAnsi="Arial"/>
        </w:rPr>
        <w:t xml:space="preserve"> Genel Yetkilendirme: Bu yönetmelikte sayılan müdürlük görevleri ile 5393 sayılı Belediye Kanunu ve ilgili diğer mevzuat hükümleri çerçevesinde, Belediye Başkanınca kendisine verilen tüm idari, mali ve eylemsel görevleri yapmaya yetkilidir.</w:t>
      </w:r>
    </w:p>
    <w:p w14:paraId="162A38AA" w14:textId="77777777" w:rsidR="00DC1C96" w:rsidRDefault="00DE1F5F">
      <w:pPr>
        <w:spacing w:before="120" w:after="40"/>
      </w:pPr>
      <w:r>
        <w:rPr>
          <w:rFonts w:ascii="Arial" w:hAnsi="Arial"/>
          <w:b/>
        </w:rPr>
        <w:t>Şefin Görev, Yetki ve Sorumlulukları</w:t>
      </w:r>
    </w:p>
    <w:p w14:paraId="6CCC9A49" w14:textId="77777777" w:rsidR="00DC1C96" w:rsidRDefault="00DE1F5F">
      <w:pPr>
        <w:spacing w:after="60"/>
        <w:jc w:val="both"/>
      </w:pPr>
      <w:r>
        <w:rPr>
          <w:rFonts w:ascii="Arial" w:hAnsi="Arial"/>
        </w:rPr>
        <w:t>MADDE 12- (1) Şef; Müdürlük bünyesinde yapılan görev dağılımı çerçevesinde kanunlar, yönetmelikler, üst amirlerinin emirleri doğrultusunda işlerin mevzuata uygun, gecikmesiz ve eksiksiz olarak yürütülmesinde Müdürlük Makamına karşı tam yetkili ve sorumlu kişidir.</w:t>
      </w:r>
    </w:p>
    <w:p w14:paraId="0047DC22" w14:textId="77777777" w:rsidR="00DC1C96" w:rsidRDefault="00DE1F5F">
      <w:pPr>
        <w:spacing w:after="60"/>
        <w:ind w:left="360"/>
      </w:pPr>
      <w:r>
        <w:rPr>
          <w:rFonts w:ascii="Arial" w:hAnsi="Arial"/>
        </w:rPr>
        <w:t>(2) Gençlik ve Spor Hizmetleri Müdürlüğü bünyesinde Gençlik ve Spor Hizmetleri Şefliği görev yapmakta olup şefliğin görev, yetki ve sorumlulukları aşağıdaki gibidir:</w:t>
      </w:r>
    </w:p>
    <w:p w14:paraId="5FD4B055" w14:textId="77777777" w:rsidR="00DC1C96" w:rsidRDefault="00DE1F5F">
      <w:pPr>
        <w:spacing w:after="60"/>
        <w:ind w:left="360"/>
      </w:pPr>
      <w:r>
        <w:rPr>
          <w:rFonts w:ascii="Arial" w:hAnsi="Arial"/>
          <w:b/>
        </w:rPr>
        <w:t xml:space="preserve">a) </w:t>
      </w:r>
      <w:r>
        <w:rPr>
          <w:rFonts w:ascii="Arial" w:hAnsi="Arial"/>
        </w:rPr>
        <w:t xml:space="preserve"> Bürolarda çalışan personelin devamlılığını, düzenini sağlamaya yönelik disiplin ve denetleme süreçlerini yürütmek,</w:t>
      </w:r>
    </w:p>
    <w:p w14:paraId="7D7D9E9E" w14:textId="77777777" w:rsidR="00DC1C96" w:rsidRDefault="00DE1F5F">
      <w:pPr>
        <w:spacing w:after="60"/>
        <w:ind w:left="360"/>
      </w:pPr>
      <w:r>
        <w:rPr>
          <w:rFonts w:ascii="Arial" w:hAnsi="Arial"/>
          <w:b/>
        </w:rPr>
        <w:t xml:space="preserve">b) </w:t>
      </w:r>
      <w:r>
        <w:rPr>
          <w:rFonts w:ascii="Arial" w:hAnsi="Arial"/>
        </w:rPr>
        <w:t xml:space="preserve"> Yazışmaları takip etmek, havale edilen evrakların yasal sürelerinin takibini sağlamak ve gerekli tenkitleri yerine getirmek,</w:t>
      </w:r>
    </w:p>
    <w:p w14:paraId="573B17A5" w14:textId="77777777" w:rsidR="00DC1C96" w:rsidRDefault="00DE1F5F">
      <w:pPr>
        <w:spacing w:after="60"/>
        <w:ind w:left="360"/>
      </w:pPr>
      <w:r>
        <w:rPr>
          <w:rFonts w:ascii="Arial" w:hAnsi="Arial"/>
          <w:b/>
        </w:rPr>
        <w:t xml:space="preserve">c) </w:t>
      </w:r>
      <w:r>
        <w:rPr>
          <w:rFonts w:ascii="Arial" w:hAnsi="Arial"/>
        </w:rPr>
        <w:t xml:space="preserve"> Müdürlüğün işlevlerine ilişkin görevlerin Müdüriyet ve Başkanlık Makamınca uygun görülen programlar gereğince yürütülmesini sağlamak,</w:t>
      </w:r>
    </w:p>
    <w:p w14:paraId="110705B6" w14:textId="77777777" w:rsidR="00DC1C96" w:rsidRDefault="00DE1F5F">
      <w:pPr>
        <w:spacing w:after="60"/>
        <w:ind w:left="360"/>
      </w:pPr>
      <w:r>
        <w:rPr>
          <w:rFonts w:ascii="Arial" w:hAnsi="Arial"/>
          <w:b/>
        </w:rPr>
        <w:t xml:space="preserve">ç) </w:t>
      </w:r>
      <w:r>
        <w:rPr>
          <w:rFonts w:ascii="Arial" w:hAnsi="Arial"/>
        </w:rPr>
        <w:t xml:space="preserve"> Müdürlüğün işlevlerinin yürütülmesinde ihtiyaç duyulan yeni tedbirlerin ve yetkilerin alınması için Müdüriyet Makamına önerilerde bulunmak,</w:t>
      </w:r>
    </w:p>
    <w:p w14:paraId="5572D8C1" w14:textId="77777777" w:rsidR="00DC1C96" w:rsidRDefault="00DE1F5F">
      <w:pPr>
        <w:spacing w:after="60"/>
        <w:ind w:left="360"/>
      </w:pPr>
      <w:r>
        <w:rPr>
          <w:rFonts w:ascii="Arial" w:hAnsi="Arial"/>
          <w:b/>
        </w:rPr>
        <w:t xml:space="preserve">d) </w:t>
      </w:r>
      <w:r>
        <w:rPr>
          <w:rFonts w:ascii="Arial" w:hAnsi="Arial"/>
        </w:rPr>
        <w:t xml:space="preserve"> Kendisine bağlı personeli mevzuat ve üstlerin talimatları doğrultusunda sevk ve idare etmek,</w:t>
      </w:r>
    </w:p>
    <w:p w14:paraId="31F24273" w14:textId="77777777" w:rsidR="00DC1C96" w:rsidRDefault="00DE1F5F">
      <w:pPr>
        <w:spacing w:after="60"/>
        <w:ind w:left="360"/>
      </w:pPr>
      <w:r>
        <w:rPr>
          <w:rFonts w:ascii="Arial" w:hAnsi="Arial"/>
          <w:b/>
        </w:rPr>
        <w:t xml:space="preserve">e) </w:t>
      </w:r>
      <w:r>
        <w:rPr>
          <w:rFonts w:ascii="Arial" w:hAnsi="Arial"/>
        </w:rPr>
        <w:t xml:space="preserve"> Müdür tarafından verilen diğer görevleri ifa etmek,</w:t>
      </w:r>
    </w:p>
    <w:p w14:paraId="35EC038E" w14:textId="77777777" w:rsidR="00DC1C96" w:rsidRDefault="00DE1F5F">
      <w:pPr>
        <w:spacing w:after="60"/>
        <w:ind w:left="360"/>
      </w:pPr>
      <w:r>
        <w:rPr>
          <w:rFonts w:ascii="Arial" w:hAnsi="Arial"/>
          <w:b/>
        </w:rPr>
        <w:lastRenderedPageBreak/>
        <w:t xml:space="preserve">f) </w:t>
      </w:r>
      <w:r>
        <w:rPr>
          <w:rFonts w:ascii="Arial" w:hAnsi="Arial"/>
        </w:rPr>
        <w:t xml:space="preserve"> Evrakların usulüne uygun havale edilmesi, takibinin yapılması ve gerektiğinde ilgiliye bilgi verilmesini sağlamak,</w:t>
      </w:r>
    </w:p>
    <w:p w14:paraId="3A5126E4" w14:textId="77777777" w:rsidR="00DC1C96" w:rsidRDefault="00DE1F5F">
      <w:pPr>
        <w:spacing w:after="60"/>
        <w:ind w:left="360"/>
      </w:pPr>
      <w:r>
        <w:rPr>
          <w:rFonts w:ascii="Arial" w:hAnsi="Arial"/>
          <w:b/>
        </w:rPr>
        <w:t xml:space="preserve">g) </w:t>
      </w:r>
      <w:r>
        <w:rPr>
          <w:rFonts w:ascii="Arial" w:hAnsi="Arial"/>
        </w:rPr>
        <w:t xml:space="preserve"> İvedi ve günlü evrakların zamanında yetkili kişi ya da kurumlara ulaşmasını sağlamak,</w:t>
      </w:r>
    </w:p>
    <w:p w14:paraId="564DDD88" w14:textId="77777777" w:rsidR="00DC1C96" w:rsidRDefault="00DE1F5F">
      <w:pPr>
        <w:spacing w:after="60"/>
        <w:ind w:left="360"/>
      </w:pPr>
      <w:r>
        <w:rPr>
          <w:rFonts w:ascii="Arial" w:hAnsi="Arial"/>
          <w:b/>
        </w:rPr>
        <w:t xml:space="preserve">h) </w:t>
      </w:r>
      <w:r>
        <w:rPr>
          <w:rFonts w:ascii="Arial" w:hAnsi="Arial"/>
        </w:rPr>
        <w:t xml:space="preserve"> Büronun iş ve işlemlerinin usulüne uygun olarak tam ve zamanında yapılmasını sağlamak,</w:t>
      </w:r>
    </w:p>
    <w:p w14:paraId="0438890B" w14:textId="77777777" w:rsidR="00DC1C96" w:rsidRDefault="00DE1F5F">
      <w:pPr>
        <w:spacing w:after="60"/>
        <w:ind w:left="360"/>
      </w:pPr>
      <w:r>
        <w:rPr>
          <w:rFonts w:ascii="Arial" w:hAnsi="Arial"/>
          <w:b/>
        </w:rPr>
        <w:t xml:space="preserve">ı) </w:t>
      </w:r>
      <w:r>
        <w:rPr>
          <w:rFonts w:ascii="Arial" w:hAnsi="Arial"/>
        </w:rPr>
        <w:t xml:space="preserve"> Evrakların dosyalanarak arşivlenmesi işlemlerini takip etmek,</w:t>
      </w:r>
    </w:p>
    <w:p w14:paraId="07EE2E49" w14:textId="77777777" w:rsidR="00DC1C96" w:rsidRDefault="00DE1F5F">
      <w:pPr>
        <w:spacing w:after="60"/>
        <w:ind w:left="360"/>
      </w:pPr>
      <w:r>
        <w:rPr>
          <w:rFonts w:ascii="Arial" w:hAnsi="Arial"/>
          <w:b/>
        </w:rPr>
        <w:t xml:space="preserve">i) </w:t>
      </w:r>
      <w:r>
        <w:rPr>
          <w:rFonts w:ascii="Arial" w:hAnsi="Arial"/>
        </w:rPr>
        <w:t xml:space="preserve"> Büro ile üst amirleri arasındaki koordinasyon ve iletişimi sağlamak,</w:t>
      </w:r>
    </w:p>
    <w:p w14:paraId="57725E57" w14:textId="77777777" w:rsidR="00DC1C96" w:rsidRDefault="00DE1F5F">
      <w:pPr>
        <w:spacing w:after="60"/>
        <w:ind w:left="360"/>
      </w:pPr>
      <w:r>
        <w:rPr>
          <w:rFonts w:ascii="Arial" w:hAnsi="Arial"/>
          <w:b/>
        </w:rPr>
        <w:t xml:space="preserve">j) </w:t>
      </w:r>
      <w:r>
        <w:rPr>
          <w:rFonts w:ascii="Arial" w:hAnsi="Arial"/>
        </w:rPr>
        <w:t xml:space="preserve"> Müdürlüğün aylık faaliyetinin hazırlanmasını sağlamak,</w:t>
      </w:r>
    </w:p>
    <w:p w14:paraId="599A15CE" w14:textId="77777777" w:rsidR="00DC1C96" w:rsidRDefault="00DE1F5F">
      <w:pPr>
        <w:spacing w:after="60"/>
        <w:ind w:left="360"/>
      </w:pPr>
      <w:r>
        <w:rPr>
          <w:rFonts w:ascii="Arial" w:hAnsi="Arial"/>
          <w:b/>
        </w:rPr>
        <w:t xml:space="preserve">k) </w:t>
      </w:r>
      <w:r>
        <w:rPr>
          <w:rFonts w:ascii="Arial" w:hAnsi="Arial"/>
        </w:rPr>
        <w:t xml:space="preserve"> Yetkilerin zamanında ve gereğince kullanılmasından müdüre karşı sorumludur,</w:t>
      </w:r>
    </w:p>
    <w:p w14:paraId="074376C0" w14:textId="77777777" w:rsidR="00DC1C96" w:rsidRDefault="00DE1F5F">
      <w:pPr>
        <w:spacing w:after="60"/>
        <w:ind w:left="360"/>
      </w:pPr>
      <w:r>
        <w:rPr>
          <w:rFonts w:ascii="Arial" w:hAnsi="Arial"/>
          <w:b/>
        </w:rPr>
        <w:t xml:space="preserve">l) </w:t>
      </w:r>
      <w:r>
        <w:rPr>
          <w:rFonts w:ascii="Arial" w:hAnsi="Arial"/>
        </w:rPr>
        <w:t xml:space="preserve"> Kendine verilen işleri, ilgili mevzuata uygun olarak yürütüp süresinde bitirilmesini sağlamak,</w:t>
      </w:r>
    </w:p>
    <w:p w14:paraId="422F6157" w14:textId="77777777" w:rsidR="00DC1C96" w:rsidRDefault="00DE1F5F">
      <w:pPr>
        <w:spacing w:after="60"/>
        <w:ind w:left="360"/>
      </w:pPr>
      <w:r>
        <w:rPr>
          <w:rFonts w:ascii="Arial" w:hAnsi="Arial"/>
          <w:b/>
        </w:rPr>
        <w:t xml:space="preserve">m) </w:t>
      </w:r>
      <w:r>
        <w:rPr>
          <w:rFonts w:ascii="Arial" w:hAnsi="Arial"/>
        </w:rPr>
        <w:t xml:space="preserve"> Resmi kurum ve kuruluşlar ile belediyenin müdürlükleri arasında iletişim ve koordinasyonu sağlamak üzere resmi yazışmalara müdürden önce paraf ya da imza atmak,</w:t>
      </w:r>
    </w:p>
    <w:p w14:paraId="2EB62C49" w14:textId="77777777" w:rsidR="00DC1C96" w:rsidRDefault="00DE1F5F">
      <w:pPr>
        <w:spacing w:after="60"/>
        <w:ind w:left="360"/>
      </w:pPr>
      <w:r>
        <w:rPr>
          <w:rFonts w:ascii="Arial" w:hAnsi="Arial"/>
          <w:b/>
        </w:rPr>
        <w:t xml:space="preserve">n) </w:t>
      </w:r>
      <w:r>
        <w:rPr>
          <w:rFonts w:ascii="Arial" w:hAnsi="Arial"/>
        </w:rPr>
        <w:t xml:space="preserve"> Uygulamada eksiklik ve aksaklıkları giderici tedbirler alarak uygulama birliğini sağlamak; personel arasındaki görüş farklılığından doğan anlaşmazlıkları mevzuat ve üstlerinin çizdiği sınıralra uygun olarak gidermek.</w:t>
      </w:r>
    </w:p>
    <w:p w14:paraId="1DCDB2A8" w14:textId="77777777" w:rsidR="00DC1C96" w:rsidRDefault="00DE1F5F">
      <w:pPr>
        <w:spacing w:before="120" w:after="40"/>
      </w:pPr>
      <w:r>
        <w:rPr>
          <w:rFonts w:ascii="Arial" w:hAnsi="Arial"/>
          <w:b/>
        </w:rPr>
        <w:t>İdari İşler Birim Sorumlusunun Görev, Yetki ve Sorumlulukları</w:t>
      </w:r>
    </w:p>
    <w:p w14:paraId="774B8B1A" w14:textId="77777777" w:rsidR="00DC1C96" w:rsidRDefault="00DE1F5F">
      <w:pPr>
        <w:spacing w:after="60"/>
        <w:jc w:val="both"/>
      </w:pPr>
      <w:r>
        <w:rPr>
          <w:rFonts w:ascii="Arial" w:hAnsi="Arial"/>
        </w:rPr>
        <w:t>MADDE 13- (1) İdari İşler Birim Sorumlusu;</w:t>
      </w:r>
    </w:p>
    <w:p w14:paraId="28246DDE" w14:textId="77777777" w:rsidR="00DC1C96" w:rsidRDefault="00DE1F5F">
      <w:pPr>
        <w:spacing w:after="60"/>
        <w:ind w:left="360"/>
      </w:pPr>
      <w:r>
        <w:rPr>
          <w:rFonts w:ascii="Arial" w:hAnsi="Arial"/>
          <w:b/>
        </w:rPr>
        <w:t xml:space="preserve">a) </w:t>
      </w:r>
      <w:r>
        <w:rPr>
          <w:rFonts w:ascii="Arial" w:hAnsi="Arial"/>
        </w:rPr>
        <w:t xml:space="preserve"> Personelin her türlü özlük ve sosyal haklarını izlemek,</w:t>
      </w:r>
    </w:p>
    <w:p w14:paraId="18979639" w14:textId="77777777" w:rsidR="00DC1C96" w:rsidRDefault="00DE1F5F">
      <w:pPr>
        <w:spacing w:after="60"/>
        <w:ind w:left="360"/>
      </w:pPr>
      <w:r>
        <w:rPr>
          <w:rFonts w:ascii="Arial" w:hAnsi="Arial"/>
          <w:b/>
        </w:rPr>
        <w:t xml:space="preserve">b) </w:t>
      </w:r>
      <w:r>
        <w:rPr>
          <w:rFonts w:ascii="Arial" w:hAnsi="Arial"/>
        </w:rPr>
        <w:t xml:space="preserve"> Müdürlüğün ait demirbaş eşya ve malzemelerin kayıtlarını tutmak,</w:t>
      </w:r>
    </w:p>
    <w:p w14:paraId="0A6AC182" w14:textId="77777777" w:rsidR="00DC1C96" w:rsidRDefault="00DE1F5F">
      <w:pPr>
        <w:spacing w:after="60"/>
        <w:ind w:left="360"/>
      </w:pPr>
      <w:r>
        <w:rPr>
          <w:rFonts w:ascii="Arial" w:hAnsi="Arial"/>
          <w:b/>
        </w:rPr>
        <w:t xml:space="preserve">c) </w:t>
      </w:r>
      <w:r>
        <w:rPr>
          <w:rFonts w:ascii="Arial" w:hAnsi="Arial"/>
        </w:rPr>
        <w:t xml:space="preserve"> Kurum içi ve dışı yazışmaları resmi yazışma usulüne göre gerçekleştirmek,</w:t>
      </w:r>
    </w:p>
    <w:p w14:paraId="3C8E3F91" w14:textId="77777777" w:rsidR="00DC1C96" w:rsidRDefault="00DE1F5F">
      <w:pPr>
        <w:spacing w:after="60"/>
        <w:ind w:left="360"/>
      </w:pPr>
      <w:r>
        <w:rPr>
          <w:rFonts w:ascii="Arial" w:hAnsi="Arial"/>
          <w:b/>
        </w:rPr>
        <w:t xml:space="preserve">ç) </w:t>
      </w:r>
      <w:r>
        <w:rPr>
          <w:rFonts w:ascii="Arial" w:hAnsi="Arial"/>
        </w:rPr>
        <w:t xml:space="preserve"> Müdürlüğe posta ile gelen evrakı ve yurttaşlarca verilen dilekçeleri kabul etmek,</w:t>
      </w:r>
    </w:p>
    <w:p w14:paraId="38295F04" w14:textId="77777777" w:rsidR="00DC1C96" w:rsidRDefault="00DE1F5F">
      <w:pPr>
        <w:spacing w:after="60"/>
        <w:ind w:left="360"/>
      </w:pPr>
      <w:r>
        <w:rPr>
          <w:rFonts w:ascii="Arial" w:hAnsi="Arial"/>
          <w:b/>
        </w:rPr>
        <w:t xml:space="preserve">d) </w:t>
      </w:r>
      <w:r>
        <w:rPr>
          <w:rFonts w:ascii="Arial" w:hAnsi="Arial"/>
        </w:rPr>
        <w:t xml:space="preserve"> Evrak teslim alındıktan sonra havale ve kayıt işlemlerini tamamlayarak ilgili birime teslimini sağlamak,</w:t>
      </w:r>
    </w:p>
    <w:p w14:paraId="262EDEEB" w14:textId="77777777" w:rsidR="00DC1C96" w:rsidRDefault="00DE1F5F">
      <w:pPr>
        <w:spacing w:after="60"/>
        <w:ind w:left="360"/>
      </w:pPr>
      <w:r>
        <w:rPr>
          <w:rFonts w:ascii="Arial" w:hAnsi="Arial"/>
          <w:b/>
        </w:rPr>
        <w:t xml:space="preserve">e) </w:t>
      </w:r>
      <w:r>
        <w:rPr>
          <w:rFonts w:ascii="Arial" w:hAnsi="Arial"/>
        </w:rPr>
        <w:t xml:space="preserve"> Müdürlüğe ait mal ve hizmet alım işlemlerini yürütmek,</w:t>
      </w:r>
    </w:p>
    <w:p w14:paraId="6F2A9544" w14:textId="77777777" w:rsidR="00DC1C96" w:rsidRDefault="00DE1F5F">
      <w:pPr>
        <w:spacing w:after="60"/>
        <w:ind w:left="360"/>
      </w:pPr>
      <w:r>
        <w:rPr>
          <w:rFonts w:ascii="Arial" w:hAnsi="Arial"/>
          <w:b/>
        </w:rPr>
        <w:t xml:space="preserve">f) </w:t>
      </w:r>
      <w:r>
        <w:rPr>
          <w:rFonts w:ascii="Arial" w:hAnsi="Arial"/>
        </w:rPr>
        <w:t xml:space="preserve"> Resmi Gazete ve genelgelerin ilgili birimlere duyurulmasını sağlamak,</w:t>
      </w:r>
    </w:p>
    <w:p w14:paraId="4FAD3EDF" w14:textId="77777777" w:rsidR="00DC1C96" w:rsidRDefault="00DE1F5F">
      <w:pPr>
        <w:spacing w:after="60"/>
        <w:ind w:left="360"/>
      </w:pPr>
      <w:r>
        <w:rPr>
          <w:rFonts w:ascii="Arial" w:hAnsi="Arial"/>
          <w:b/>
        </w:rPr>
        <w:t xml:space="preserve">g) </w:t>
      </w:r>
      <w:r>
        <w:rPr>
          <w:rFonts w:ascii="Arial" w:hAnsi="Arial"/>
        </w:rPr>
        <w:t xml:space="preserve"> Uygulamada görülen eksiklik ve aksaklıkları giderecek tedbirleri almak ve uygulama birliği sağlamak,</w:t>
      </w:r>
    </w:p>
    <w:p w14:paraId="4451E3E0" w14:textId="77777777" w:rsidR="00DC1C96" w:rsidRDefault="00DE1F5F">
      <w:pPr>
        <w:spacing w:after="60"/>
        <w:ind w:left="360"/>
      </w:pPr>
      <w:r>
        <w:rPr>
          <w:rFonts w:ascii="Arial" w:hAnsi="Arial"/>
        </w:rPr>
        <w:t>gğ) Personel yönetimi ile ilgili gerekli işlemleri yapmak ve tedbirler almak,</w:t>
      </w:r>
    </w:p>
    <w:p w14:paraId="149FF3AD" w14:textId="77777777" w:rsidR="00DC1C96" w:rsidRDefault="00DE1F5F">
      <w:pPr>
        <w:spacing w:after="60"/>
        <w:ind w:left="360"/>
      </w:pPr>
      <w:r>
        <w:rPr>
          <w:rFonts w:ascii="Arial" w:hAnsi="Arial"/>
          <w:b/>
        </w:rPr>
        <w:t xml:space="preserve">h) </w:t>
      </w:r>
      <w:r>
        <w:rPr>
          <w:rFonts w:ascii="Arial" w:hAnsi="Arial"/>
        </w:rPr>
        <w:t xml:space="preserve"> Mevcut durumda veya iş hacminde meydana gelecek değişikliklere göre işlerin rasyonel şekilde yürütülmesini sağlamak,</w:t>
      </w:r>
    </w:p>
    <w:p w14:paraId="5753EB85" w14:textId="77777777" w:rsidR="00DC1C96" w:rsidRDefault="00DE1F5F">
      <w:pPr>
        <w:spacing w:after="60"/>
        <w:ind w:left="360"/>
      </w:pPr>
      <w:r>
        <w:rPr>
          <w:rFonts w:ascii="Arial" w:hAnsi="Arial"/>
          <w:b/>
        </w:rPr>
        <w:t xml:space="preserve">ı) </w:t>
      </w:r>
      <w:r>
        <w:rPr>
          <w:rFonts w:ascii="Arial" w:hAnsi="Arial"/>
        </w:rPr>
        <w:t xml:space="preserve"> İşlerin rasyonel şekilde yürütülmesini temin etmek için gerektiğinde müdürlükte istihdam edilen personeli eğitime tabi tutmak ve bu konuda gerekli girişimlerde bulunmak,</w:t>
      </w:r>
    </w:p>
    <w:p w14:paraId="497F2595" w14:textId="77777777" w:rsidR="00DC1C96" w:rsidRDefault="00DE1F5F">
      <w:pPr>
        <w:spacing w:after="60"/>
        <w:ind w:left="360"/>
      </w:pPr>
      <w:r>
        <w:rPr>
          <w:rFonts w:ascii="Arial" w:hAnsi="Arial"/>
          <w:b/>
        </w:rPr>
        <w:t xml:space="preserve">i) </w:t>
      </w:r>
      <w:r>
        <w:rPr>
          <w:rFonts w:ascii="Arial" w:hAnsi="Arial"/>
        </w:rPr>
        <w:t xml:space="preserve"> Müdürlüğe ait arşivin düzenli ve sistemli bir şekilde tutulmasını sağlamak,</w:t>
      </w:r>
    </w:p>
    <w:p w14:paraId="2DD19DEC" w14:textId="77777777" w:rsidR="00DC1C96" w:rsidRDefault="00DE1F5F">
      <w:pPr>
        <w:spacing w:after="60"/>
        <w:ind w:left="360"/>
      </w:pPr>
      <w:r>
        <w:rPr>
          <w:rFonts w:ascii="Arial" w:hAnsi="Arial"/>
          <w:b/>
        </w:rPr>
        <w:t xml:space="preserve">j) </w:t>
      </w:r>
      <w:r>
        <w:rPr>
          <w:rFonts w:ascii="Arial" w:hAnsi="Arial"/>
        </w:rPr>
        <w:t xml:space="preserve"> Müdürlüğe ait taşınırların Taşınır Mal Yönetmeliği çerçevesinde işlemlerini yapmak,</w:t>
      </w:r>
    </w:p>
    <w:p w14:paraId="5DA42393" w14:textId="77777777" w:rsidR="00DC1C96" w:rsidRDefault="00DE1F5F">
      <w:pPr>
        <w:spacing w:after="60"/>
        <w:ind w:left="360"/>
      </w:pPr>
      <w:r>
        <w:rPr>
          <w:rFonts w:ascii="Arial" w:hAnsi="Arial"/>
          <w:b/>
        </w:rPr>
        <w:t xml:space="preserve">k) </w:t>
      </w:r>
      <w:r>
        <w:rPr>
          <w:rFonts w:ascii="Arial" w:hAnsi="Arial"/>
        </w:rPr>
        <w:t xml:space="preserve"> Diğer mevzuatlarla ilgili verilen görevleri yapmak,</w:t>
      </w:r>
    </w:p>
    <w:p w14:paraId="7CF5AB1F" w14:textId="77777777" w:rsidR="00DC1C96" w:rsidRDefault="00DE1F5F">
      <w:pPr>
        <w:spacing w:after="60"/>
        <w:ind w:left="360"/>
      </w:pPr>
      <w:r>
        <w:rPr>
          <w:rFonts w:ascii="Arial" w:hAnsi="Arial"/>
          <w:b/>
        </w:rPr>
        <w:t xml:space="preserve">l) </w:t>
      </w:r>
      <w:r>
        <w:rPr>
          <w:rFonts w:ascii="Arial" w:hAnsi="Arial"/>
        </w:rPr>
        <w:t xml:space="preserve"> Üst yönetici ve Gençlik ve Spor Hizmetleri Müdürünün vereceği diğer görevleri yerine getirmektir.</w:t>
      </w:r>
    </w:p>
    <w:p w14:paraId="77B2B39A" w14:textId="77777777" w:rsidR="00DC1C96" w:rsidRDefault="00DE1F5F">
      <w:pPr>
        <w:spacing w:before="120" w:after="40"/>
      </w:pPr>
      <w:r>
        <w:rPr>
          <w:rFonts w:ascii="Arial" w:hAnsi="Arial"/>
          <w:b/>
        </w:rPr>
        <w:lastRenderedPageBreak/>
        <w:t>Spor Faaliyetleri Birim Sorumlusunun Görev, Yetki ve Sorumlulukları</w:t>
      </w:r>
    </w:p>
    <w:p w14:paraId="1DA11827" w14:textId="77777777" w:rsidR="00DC1C96" w:rsidRDefault="00DE1F5F">
      <w:pPr>
        <w:spacing w:after="60"/>
        <w:jc w:val="both"/>
      </w:pPr>
      <w:r>
        <w:rPr>
          <w:rFonts w:ascii="Arial" w:hAnsi="Arial"/>
        </w:rPr>
        <w:t>MADDE 14- (1) Spor Faaliyetleri Birim Sorumlusunun görev ve sorumlulukları;</w:t>
      </w:r>
    </w:p>
    <w:p w14:paraId="482857B9" w14:textId="77777777" w:rsidR="00DC1C96" w:rsidRDefault="00DE1F5F">
      <w:pPr>
        <w:spacing w:after="60"/>
        <w:ind w:left="360"/>
      </w:pPr>
      <w:r>
        <w:rPr>
          <w:rFonts w:ascii="Arial" w:hAnsi="Arial"/>
          <w:b/>
        </w:rPr>
        <w:t xml:space="preserve">a) </w:t>
      </w:r>
      <w:r>
        <w:rPr>
          <w:rFonts w:ascii="Arial" w:hAnsi="Arial"/>
        </w:rPr>
        <w:t xml:space="preserve"> Belediye sınırları içerisindeki parklarda bulunan spor sahalarını, müdürlük tarafından düzenlenecek spor faaliyetleri için hazırlamak ve gerektiğinde diğer müdürlüklerden yardım almak,</w:t>
      </w:r>
    </w:p>
    <w:p w14:paraId="4EBA3FF4" w14:textId="77777777" w:rsidR="00DC1C96" w:rsidRDefault="00DE1F5F">
      <w:pPr>
        <w:spacing w:after="60"/>
        <w:ind w:left="360"/>
      </w:pPr>
      <w:r>
        <w:rPr>
          <w:rFonts w:ascii="Arial" w:hAnsi="Arial"/>
          <w:b/>
        </w:rPr>
        <w:t xml:space="preserve">b) </w:t>
      </w:r>
      <w:r>
        <w:rPr>
          <w:rFonts w:ascii="Arial" w:hAnsi="Arial"/>
        </w:rPr>
        <w:t xml:space="preserve"> Birimde gerçekleştirilen her türlü faaliyette hukuki mevzuatlara uygun çalışma yürütülmesini sağlamak,</w:t>
      </w:r>
    </w:p>
    <w:p w14:paraId="5A34551F" w14:textId="77777777" w:rsidR="00DC1C96" w:rsidRDefault="00DE1F5F">
      <w:pPr>
        <w:spacing w:after="60"/>
        <w:ind w:left="360"/>
      </w:pPr>
      <w:r>
        <w:rPr>
          <w:rFonts w:ascii="Arial" w:hAnsi="Arial"/>
          <w:b/>
        </w:rPr>
        <w:t xml:space="preserve">c) </w:t>
      </w:r>
      <w:r>
        <w:rPr>
          <w:rFonts w:ascii="Arial" w:hAnsi="Arial"/>
        </w:rPr>
        <w:t xml:space="preserve"> Vatandaşlardan gelen istek, öneri ve şikâyetleri değerlendirmek ve bu konularla ilgili üst yönetime önerilerde bulunmak,</w:t>
      </w:r>
    </w:p>
    <w:p w14:paraId="24B26C2B" w14:textId="77777777" w:rsidR="00DC1C96" w:rsidRDefault="00DE1F5F">
      <w:pPr>
        <w:spacing w:after="60"/>
        <w:ind w:left="360"/>
      </w:pPr>
      <w:r>
        <w:rPr>
          <w:rFonts w:ascii="Arial" w:hAnsi="Arial"/>
          <w:b/>
        </w:rPr>
        <w:t xml:space="preserve">ç) </w:t>
      </w:r>
      <w:r>
        <w:rPr>
          <w:rFonts w:ascii="Arial" w:hAnsi="Arial"/>
        </w:rPr>
        <w:t xml:space="preserve"> Çalışma alanları için malzeme ve ekiplerin sevkini sağlamak,</w:t>
      </w:r>
    </w:p>
    <w:p w14:paraId="6BEC624B" w14:textId="77777777" w:rsidR="00DC1C96" w:rsidRDefault="00DE1F5F">
      <w:pPr>
        <w:spacing w:after="60"/>
        <w:ind w:left="360"/>
      </w:pPr>
      <w:r>
        <w:rPr>
          <w:rFonts w:ascii="Arial" w:hAnsi="Arial"/>
          <w:b/>
        </w:rPr>
        <w:t xml:space="preserve">d) </w:t>
      </w:r>
      <w:r>
        <w:rPr>
          <w:rFonts w:ascii="Arial" w:hAnsi="Arial"/>
        </w:rPr>
        <w:t xml:space="preserve"> Kendisine bağlı ekipleri görevlendirmek ve denetimini yapmak,</w:t>
      </w:r>
    </w:p>
    <w:p w14:paraId="6683CBAF" w14:textId="77777777" w:rsidR="00DC1C96" w:rsidRDefault="00DE1F5F">
      <w:pPr>
        <w:spacing w:after="60"/>
        <w:ind w:left="360"/>
      </w:pPr>
      <w:r>
        <w:rPr>
          <w:rFonts w:ascii="Arial" w:hAnsi="Arial"/>
          <w:b/>
        </w:rPr>
        <w:t xml:space="preserve">e) </w:t>
      </w:r>
      <w:r>
        <w:rPr>
          <w:rFonts w:ascii="Arial" w:hAnsi="Arial"/>
        </w:rPr>
        <w:t xml:space="preserve"> Kendisine verilen görevlerle ilgili konularda amirlerine danışarak alacağı talimata göre işlemleri yerine getirmek,</w:t>
      </w:r>
    </w:p>
    <w:p w14:paraId="6929DCE7" w14:textId="77777777" w:rsidR="00DC1C96" w:rsidRDefault="00DE1F5F">
      <w:pPr>
        <w:spacing w:after="60"/>
        <w:ind w:left="360"/>
      </w:pPr>
      <w:r>
        <w:rPr>
          <w:rFonts w:ascii="Arial" w:hAnsi="Arial"/>
          <w:b/>
        </w:rPr>
        <w:t xml:space="preserve">f) </w:t>
      </w:r>
      <w:r>
        <w:rPr>
          <w:rFonts w:ascii="Arial" w:hAnsi="Arial"/>
        </w:rPr>
        <w:t xml:space="preserve"> Sorumluluğu altındaki araç ve gereçlerin kullanımında gerekli özeni göstermek,</w:t>
      </w:r>
    </w:p>
    <w:p w14:paraId="060C6C14" w14:textId="77777777" w:rsidR="00DC1C96" w:rsidRDefault="00DE1F5F">
      <w:pPr>
        <w:spacing w:after="60"/>
        <w:ind w:left="360"/>
      </w:pPr>
      <w:r>
        <w:rPr>
          <w:rFonts w:ascii="Arial" w:hAnsi="Arial"/>
          <w:b/>
        </w:rPr>
        <w:t xml:space="preserve">g) </w:t>
      </w:r>
      <w:r>
        <w:rPr>
          <w:rFonts w:ascii="Arial" w:hAnsi="Arial"/>
        </w:rPr>
        <w:t xml:space="preserve"> Göreviyle ilgili evrakı ve dokümanları korumak ve saklamak,</w:t>
      </w:r>
    </w:p>
    <w:p w14:paraId="259AECCC" w14:textId="77777777" w:rsidR="00DC1C96" w:rsidRDefault="00DE1F5F">
      <w:pPr>
        <w:spacing w:after="60"/>
        <w:ind w:left="360"/>
      </w:pPr>
      <w:r>
        <w:rPr>
          <w:rFonts w:ascii="Arial" w:hAnsi="Arial"/>
        </w:rPr>
        <w:t>gğ) Kalite yönetim sisteminin uygulanmasını ve devam ettirilmesini sağlamak,</w:t>
      </w:r>
    </w:p>
    <w:p w14:paraId="437B040F" w14:textId="77777777" w:rsidR="00DC1C96" w:rsidRDefault="00DE1F5F">
      <w:pPr>
        <w:spacing w:after="60"/>
        <w:ind w:left="360"/>
      </w:pPr>
      <w:r>
        <w:rPr>
          <w:rFonts w:ascii="Arial" w:hAnsi="Arial"/>
          <w:b/>
        </w:rPr>
        <w:t xml:space="preserve">h) </w:t>
      </w:r>
      <w:r>
        <w:rPr>
          <w:rFonts w:ascii="Arial" w:hAnsi="Arial"/>
        </w:rPr>
        <w:t xml:space="preserve"> Sorumlu olduğu amirlerce belirlenen mesai saatlerine riayet ederek çalışmak ve izinsiz görev yerinden ayrılmamak,</w:t>
      </w:r>
    </w:p>
    <w:p w14:paraId="615784E5" w14:textId="77777777" w:rsidR="00DC1C96" w:rsidRDefault="00DE1F5F">
      <w:pPr>
        <w:spacing w:after="60"/>
        <w:ind w:left="360"/>
      </w:pPr>
      <w:r>
        <w:rPr>
          <w:rFonts w:ascii="Arial" w:hAnsi="Arial"/>
          <w:b/>
        </w:rPr>
        <w:t xml:space="preserve">ı) </w:t>
      </w:r>
      <w:r>
        <w:rPr>
          <w:rFonts w:ascii="Arial" w:hAnsi="Arial"/>
        </w:rPr>
        <w:t xml:space="preserve"> Malzeme alımlarında gelen malzemeleri inceleyerek teknik şartnamesine uygun olup olmadığını kontrol edip onay vermek,</w:t>
      </w:r>
    </w:p>
    <w:p w14:paraId="75923009" w14:textId="77777777" w:rsidR="00DC1C96" w:rsidRDefault="00DE1F5F">
      <w:pPr>
        <w:spacing w:after="60"/>
        <w:ind w:left="360"/>
      </w:pPr>
      <w:r>
        <w:rPr>
          <w:rFonts w:ascii="Arial" w:hAnsi="Arial"/>
          <w:b/>
        </w:rPr>
        <w:t xml:space="preserve">i) </w:t>
      </w:r>
      <w:r>
        <w:rPr>
          <w:rFonts w:ascii="Arial" w:hAnsi="Arial"/>
        </w:rPr>
        <w:t xml:space="preserve"> Birime bağlı personelin görevlerini planlamak, uygulamaları koordine etmek, insan ve malzeme gibi mevcut kaynakların en uygun, en verimli şekilde kullanılmasını sağlamak,</w:t>
      </w:r>
    </w:p>
    <w:p w14:paraId="0449CA3A" w14:textId="77777777" w:rsidR="00DC1C96" w:rsidRDefault="00DE1F5F">
      <w:pPr>
        <w:spacing w:after="60"/>
        <w:ind w:left="360"/>
      </w:pPr>
      <w:r>
        <w:rPr>
          <w:rFonts w:ascii="Arial" w:hAnsi="Arial"/>
          <w:b/>
        </w:rPr>
        <w:t xml:space="preserve">j) </w:t>
      </w:r>
      <w:r>
        <w:rPr>
          <w:rFonts w:ascii="Arial" w:hAnsi="Arial"/>
        </w:rPr>
        <w:t xml:space="preserve"> Sorumlu olduğu amirlerce verilen diğer görevleri yerine getirmektir.</w:t>
      </w:r>
    </w:p>
    <w:p w14:paraId="1DDFB76A" w14:textId="77777777" w:rsidR="00DC1C96" w:rsidRDefault="00DE1F5F">
      <w:pPr>
        <w:spacing w:before="120" w:after="40"/>
      </w:pPr>
      <w:r>
        <w:rPr>
          <w:rFonts w:ascii="Arial" w:hAnsi="Arial"/>
          <w:b/>
        </w:rPr>
        <w:t>Gençlik Hizmetleri Birim Sorumlusunun Görev, Yetki ve Sorumlulukları</w:t>
      </w:r>
    </w:p>
    <w:p w14:paraId="2A8C14A8" w14:textId="77777777" w:rsidR="00DC1C96" w:rsidRDefault="00DE1F5F">
      <w:pPr>
        <w:spacing w:after="60"/>
        <w:jc w:val="both"/>
      </w:pPr>
      <w:r>
        <w:rPr>
          <w:rFonts w:ascii="Arial" w:hAnsi="Arial"/>
        </w:rPr>
        <w:t>MADDE 15- (1) Gençlik Hizmetleri Birim Sorumlusunun görev, yetki ve sorumlulukları şunlardır:</w:t>
      </w:r>
    </w:p>
    <w:p w14:paraId="5B013EE1" w14:textId="77777777" w:rsidR="00DC1C96" w:rsidRDefault="00DE1F5F">
      <w:pPr>
        <w:spacing w:after="60"/>
        <w:ind w:left="360"/>
      </w:pPr>
      <w:r>
        <w:rPr>
          <w:rFonts w:ascii="Arial" w:hAnsi="Arial"/>
          <w:b/>
        </w:rPr>
        <w:t xml:space="preserve">a) </w:t>
      </w:r>
      <w:r>
        <w:rPr>
          <w:rFonts w:ascii="Arial" w:hAnsi="Arial"/>
        </w:rPr>
        <w:t xml:space="preserve"> Gençlikle ilgili yapılacak projeleri, Müdürün görüşünü alarak koordineli bir şekilde planlamak ve düzenlemek,</w:t>
      </w:r>
    </w:p>
    <w:p w14:paraId="59D63360" w14:textId="77777777" w:rsidR="00DC1C96" w:rsidRDefault="00DE1F5F">
      <w:pPr>
        <w:spacing w:after="60"/>
        <w:ind w:left="360"/>
      </w:pPr>
      <w:r>
        <w:rPr>
          <w:rFonts w:ascii="Arial" w:hAnsi="Arial"/>
          <w:b/>
        </w:rPr>
        <w:t xml:space="preserve">b) </w:t>
      </w:r>
      <w:r>
        <w:rPr>
          <w:rFonts w:ascii="Arial" w:hAnsi="Arial"/>
        </w:rPr>
        <w:t xml:space="preserve"> Birimde gerçekleştirilen her türlü faaliyette hukuki mevzuatlara uygun çalışma yürütülmesini sağlamak,</w:t>
      </w:r>
    </w:p>
    <w:p w14:paraId="097DCA76" w14:textId="77777777" w:rsidR="00DC1C96" w:rsidRDefault="00DE1F5F">
      <w:pPr>
        <w:spacing w:after="60"/>
        <w:ind w:left="360"/>
      </w:pPr>
      <w:r>
        <w:rPr>
          <w:rFonts w:ascii="Arial" w:hAnsi="Arial"/>
          <w:b/>
        </w:rPr>
        <w:t xml:space="preserve">c) </w:t>
      </w:r>
      <w:r>
        <w:rPr>
          <w:rFonts w:ascii="Arial" w:hAnsi="Arial"/>
        </w:rPr>
        <w:t xml:space="preserve"> Gençlere yönelik seminer, konferans, panel ve sempozyumlar düzenlemek,</w:t>
      </w:r>
    </w:p>
    <w:p w14:paraId="39CCC984" w14:textId="77777777" w:rsidR="00DC1C96" w:rsidRDefault="00DE1F5F">
      <w:pPr>
        <w:spacing w:after="60"/>
        <w:ind w:left="360"/>
      </w:pPr>
      <w:r>
        <w:rPr>
          <w:rFonts w:ascii="Arial" w:hAnsi="Arial"/>
          <w:b/>
        </w:rPr>
        <w:t xml:space="preserve">ç) </w:t>
      </w:r>
      <w:r>
        <w:rPr>
          <w:rFonts w:ascii="Arial" w:hAnsi="Arial"/>
        </w:rPr>
        <w:t xml:space="preserve"> İlgili kurumlarla yapılacak protokol kapsamında sınavlara hazırlık kursları düzenlemek,</w:t>
      </w:r>
    </w:p>
    <w:p w14:paraId="005B8CB9" w14:textId="77777777" w:rsidR="00DC1C96" w:rsidRDefault="00DE1F5F">
      <w:pPr>
        <w:spacing w:after="60"/>
        <w:ind w:left="360"/>
      </w:pPr>
      <w:r>
        <w:rPr>
          <w:rFonts w:ascii="Arial" w:hAnsi="Arial"/>
          <w:b/>
        </w:rPr>
        <w:t xml:space="preserve">d) </w:t>
      </w:r>
      <w:r>
        <w:rPr>
          <w:rFonts w:ascii="Arial" w:hAnsi="Arial"/>
        </w:rPr>
        <w:t xml:space="preserve"> Sosyal muafiyet kapsamına giren çocuk ve gençlerimize yönelik atölyeler ve etüt çalışmaları yapmak,</w:t>
      </w:r>
    </w:p>
    <w:p w14:paraId="5332386C" w14:textId="77777777" w:rsidR="00DC1C96" w:rsidRDefault="00DE1F5F">
      <w:pPr>
        <w:spacing w:after="60"/>
        <w:ind w:left="360"/>
      </w:pPr>
      <w:r>
        <w:rPr>
          <w:rFonts w:ascii="Arial" w:hAnsi="Arial"/>
          <w:b/>
        </w:rPr>
        <w:t xml:space="preserve">e) </w:t>
      </w:r>
      <w:r>
        <w:rPr>
          <w:rFonts w:ascii="Arial" w:hAnsi="Arial"/>
        </w:rPr>
        <w:t xml:space="preserve"> Kentimizin çeşitli mahallelerinde gençlerin daha elverişli ortamda ders çalışmaları, sınavlara hazırlık ve kitap okumaları için uygun ortamlar oluşturmak,</w:t>
      </w:r>
    </w:p>
    <w:p w14:paraId="48AB6F50" w14:textId="77777777" w:rsidR="00DC1C96" w:rsidRDefault="00DE1F5F">
      <w:pPr>
        <w:spacing w:after="60"/>
        <w:ind w:left="360"/>
      </w:pPr>
      <w:r>
        <w:rPr>
          <w:rFonts w:ascii="Arial" w:hAnsi="Arial"/>
          <w:b/>
        </w:rPr>
        <w:t xml:space="preserve">f) </w:t>
      </w:r>
      <w:r>
        <w:rPr>
          <w:rFonts w:ascii="Arial" w:hAnsi="Arial"/>
        </w:rPr>
        <w:t xml:space="preserve"> Gençlere yönelik kamp faaliyetlerinin tanıtımını yapmak, gençlik kamplarını planlamak ve yürütmek,</w:t>
      </w:r>
    </w:p>
    <w:p w14:paraId="73DA1D63" w14:textId="77777777" w:rsidR="00DC1C96" w:rsidRDefault="00DE1F5F">
      <w:pPr>
        <w:spacing w:after="60"/>
        <w:ind w:left="360"/>
      </w:pPr>
      <w:r>
        <w:rPr>
          <w:rFonts w:ascii="Arial" w:hAnsi="Arial"/>
          <w:b/>
        </w:rPr>
        <w:t xml:space="preserve">g) </w:t>
      </w:r>
      <w:r>
        <w:rPr>
          <w:rFonts w:ascii="Arial" w:hAnsi="Arial"/>
        </w:rPr>
        <w:t xml:space="preserve"> Gençlerin sosyal ve kültürel açıdan kendilerini geliştirebilecekleri ulusal ve uluslararası etkinlikler ile çalışmalar düzenlemek,</w:t>
      </w:r>
    </w:p>
    <w:p w14:paraId="11A64A31" w14:textId="77777777" w:rsidR="00DC1C96" w:rsidRDefault="00DE1F5F">
      <w:pPr>
        <w:spacing w:after="60"/>
        <w:ind w:left="360"/>
      </w:pPr>
      <w:r>
        <w:rPr>
          <w:rFonts w:ascii="Arial" w:hAnsi="Arial"/>
        </w:rPr>
        <w:lastRenderedPageBreak/>
        <w:t>gğ) Kendisine bağlı olarak çalışan personelin iş, bilgi ve verimliliklerini artırabilmek için eğitilmeleri yönünde çalışmalar yapmak,</w:t>
      </w:r>
    </w:p>
    <w:p w14:paraId="3378EA95" w14:textId="77777777" w:rsidR="00DC1C96" w:rsidRDefault="00DE1F5F">
      <w:pPr>
        <w:spacing w:after="60"/>
        <w:ind w:left="360"/>
      </w:pPr>
      <w:r>
        <w:rPr>
          <w:rFonts w:ascii="Arial" w:hAnsi="Arial"/>
          <w:b/>
        </w:rPr>
        <w:t xml:space="preserve">h) </w:t>
      </w:r>
      <w:r>
        <w:rPr>
          <w:rFonts w:ascii="Arial" w:hAnsi="Arial"/>
        </w:rPr>
        <w:t xml:space="preserve"> Kendisine bağlı olarak çalışan personele nezaret ve rehberlik etmek,</w:t>
      </w:r>
    </w:p>
    <w:p w14:paraId="40CC131F" w14:textId="77777777" w:rsidR="00DC1C96" w:rsidRDefault="00DE1F5F">
      <w:pPr>
        <w:spacing w:after="60"/>
        <w:ind w:left="360"/>
      </w:pPr>
      <w:r>
        <w:rPr>
          <w:rFonts w:ascii="Arial" w:hAnsi="Arial"/>
          <w:b/>
        </w:rPr>
        <w:t xml:space="preserve">ı) </w:t>
      </w:r>
      <w:r>
        <w:rPr>
          <w:rFonts w:ascii="Arial" w:hAnsi="Arial"/>
        </w:rPr>
        <w:t xml:space="preserve"> Personel görev tanımında yer almayan ancak amirleri tarafından müdürlük ile ilgili verilecek diğer görevleri de yerine getirmektir.</w:t>
      </w:r>
    </w:p>
    <w:p w14:paraId="7006608E" w14:textId="77777777" w:rsidR="00DC1C96" w:rsidRDefault="00DE1F5F">
      <w:pPr>
        <w:spacing w:before="120" w:after="40"/>
      </w:pPr>
      <w:r>
        <w:rPr>
          <w:rFonts w:ascii="Arial" w:hAnsi="Arial"/>
          <w:b/>
        </w:rPr>
        <w:t>Dijital Gençlik Merkezi Birim (DİGEM) Sorumlusunun Görev, Yetki ve Sorumlulukları</w:t>
      </w:r>
    </w:p>
    <w:p w14:paraId="3FB30EB0" w14:textId="77777777" w:rsidR="00DC1C96" w:rsidRDefault="00DE1F5F">
      <w:pPr>
        <w:spacing w:after="60"/>
        <w:jc w:val="both"/>
      </w:pPr>
      <w:r>
        <w:rPr>
          <w:rFonts w:ascii="Arial" w:hAnsi="Arial"/>
        </w:rPr>
        <w:t>MADDE 16- (1) Dijital Gençlik Merkezi Hizmetleri Birim Sorumlusunun görev, yetki ve sorumlulukları şunlardır:</w:t>
      </w:r>
    </w:p>
    <w:p w14:paraId="53474D61" w14:textId="77777777" w:rsidR="00DC1C96" w:rsidRDefault="00DE1F5F">
      <w:pPr>
        <w:spacing w:after="60"/>
        <w:ind w:left="360"/>
      </w:pPr>
      <w:r>
        <w:rPr>
          <w:rFonts w:ascii="Arial" w:hAnsi="Arial"/>
          <w:b/>
        </w:rPr>
        <w:t xml:space="preserve">a) </w:t>
      </w:r>
      <w:r>
        <w:rPr>
          <w:rFonts w:ascii="Arial" w:hAnsi="Arial"/>
        </w:rPr>
        <w:t xml:space="preserve"> Merkezin günlük işleyişini planlamak ve yürütmek,</w:t>
      </w:r>
    </w:p>
    <w:p w14:paraId="71705B1A" w14:textId="77777777" w:rsidR="00DC1C96" w:rsidRDefault="00DE1F5F">
      <w:pPr>
        <w:spacing w:after="60"/>
        <w:ind w:left="360"/>
      </w:pPr>
      <w:r>
        <w:rPr>
          <w:rFonts w:ascii="Arial" w:hAnsi="Arial"/>
          <w:b/>
        </w:rPr>
        <w:t xml:space="preserve">b) </w:t>
      </w:r>
      <w:r>
        <w:rPr>
          <w:rFonts w:ascii="Arial" w:hAnsi="Arial"/>
        </w:rPr>
        <w:t xml:space="preserve"> Gençlere yönelik dijital eğitim, teknoloji, yazılım, yapay zekâ, girişimcilik ve kariyer faaliyetlerini organize etmek,</w:t>
      </w:r>
    </w:p>
    <w:p w14:paraId="7E63DE9D" w14:textId="77777777" w:rsidR="00DC1C96" w:rsidRDefault="00DE1F5F">
      <w:pPr>
        <w:spacing w:after="60"/>
        <w:ind w:left="360"/>
      </w:pPr>
      <w:r>
        <w:rPr>
          <w:rFonts w:ascii="Arial" w:hAnsi="Arial"/>
          <w:b/>
        </w:rPr>
        <w:t xml:space="preserve">c) </w:t>
      </w:r>
      <w:r>
        <w:rPr>
          <w:rFonts w:ascii="Arial" w:hAnsi="Arial"/>
        </w:rPr>
        <w:t xml:space="preserve"> Merkezde mevzuata uygun olarak düzenlenen kurs, eğitim, atölye, seminer ve etkinlikleri düzenlemek ve takip etmek,</w:t>
      </w:r>
    </w:p>
    <w:p w14:paraId="58603C12" w14:textId="77777777" w:rsidR="00DC1C96" w:rsidRDefault="00DE1F5F">
      <w:pPr>
        <w:spacing w:after="60"/>
        <w:ind w:left="360"/>
      </w:pPr>
      <w:r>
        <w:rPr>
          <w:rFonts w:ascii="Arial" w:hAnsi="Arial"/>
          <w:b/>
        </w:rPr>
        <w:t xml:space="preserve">ç) </w:t>
      </w:r>
      <w:r>
        <w:rPr>
          <w:rFonts w:ascii="Arial" w:hAnsi="Arial"/>
        </w:rPr>
        <w:t xml:space="preserve"> Gençlerin merkezin imkânlarından etkin ve kurallara uygun olarak yararlanmasını sağlamak,</w:t>
      </w:r>
    </w:p>
    <w:p w14:paraId="7EED754C" w14:textId="77777777" w:rsidR="00DC1C96" w:rsidRDefault="00DE1F5F">
      <w:pPr>
        <w:spacing w:after="60"/>
        <w:ind w:left="360"/>
      </w:pPr>
      <w:r>
        <w:rPr>
          <w:rFonts w:ascii="Arial" w:hAnsi="Arial"/>
          <w:b/>
        </w:rPr>
        <w:t xml:space="preserve">d) </w:t>
      </w:r>
      <w:r>
        <w:rPr>
          <w:rFonts w:ascii="Arial" w:hAnsi="Arial"/>
        </w:rPr>
        <w:t xml:space="preserve"> Merkezin salon, bilgisayar, internet, teknik cihaz ve diğer demirbaşlarının düzenli kullanılmasını ve korunmasını sağlamak,</w:t>
      </w:r>
    </w:p>
    <w:p w14:paraId="76B9E0FD" w14:textId="77777777" w:rsidR="00DC1C96" w:rsidRDefault="00DE1F5F">
      <w:pPr>
        <w:spacing w:after="60"/>
        <w:ind w:left="360"/>
      </w:pPr>
      <w:r>
        <w:rPr>
          <w:rFonts w:ascii="Arial" w:hAnsi="Arial"/>
          <w:b/>
        </w:rPr>
        <w:t xml:space="preserve">e) </w:t>
      </w:r>
      <w:r>
        <w:rPr>
          <w:rFonts w:ascii="Arial" w:hAnsi="Arial"/>
        </w:rPr>
        <w:t xml:space="preserve"> Eğitmen, uzman, gönüllü ve diğer görevlilerin çalışmalarını sağlamak,</w:t>
      </w:r>
    </w:p>
    <w:p w14:paraId="53F937D4" w14:textId="77777777" w:rsidR="00DC1C96" w:rsidRDefault="00DE1F5F">
      <w:pPr>
        <w:spacing w:after="60"/>
        <w:ind w:left="360"/>
      </w:pPr>
      <w:r>
        <w:rPr>
          <w:rFonts w:ascii="Arial" w:hAnsi="Arial"/>
          <w:b/>
        </w:rPr>
        <w:t xml:space="preserve">f) </w:t>
      </w:r>
      <w:r>
        <w:rPr>
          <w:rFonts w:ascii="Arial" w:hAnsi="Arial"/>
        </w:rPr>
        <w:t xml:space="preserve"> Üniversiteler, kamu kurumları, sivil toplum kuruluşları ve özel sektörle yapılabilecek iş birliği ve projeleri takip etmek,</w:t>
      </w:r>
    </w:p>
    <w:p w14:paraId="1ADFABD7" w14:textId="77777777" w:rsidR="00DC1C96" w:rsidRDefault="00DE1F5F">
      <w:pPr>
        <w:spacing w:after="60"/>
        <w:ind w:left="360"/>
      </w:pPr>
      <w:r>
        <w:rPr>
          <w:rFonts w:ascii="Arial" w:hAnsi="Arial"/>
          <w:b/>
        </w:rPr>
        <w:t xml:space="preserve">g) </w:t>
      </w:r>
      <w:r>
        <w:rPr>
          <w:rFonts w:ascii="Arial" w:hAnsi="Arial"/>
        </w:rPr>
        <w:t xml:space="preserve"> Gençlerden gelen talep, öneri ve şikâyetleri değerlendirmek ve ilgili birimlere iletmek,</w:t>
      </w:r>
    </w:p>
    <w:p w14:paraId="11D01932" w14:textId="77777777" w:rsidR="00DC1C96" w:rsidRDefault="00DE1F5F">
      <w:pPr>
        <w:spacing w:after="60"/>
        <w:ind w:left="360"/>
      </w:pPr>
      <w:r>
        <w:rPr>
          <w:rFonts w:ascii="Arial" w:hAnsi="Arial"/>
        </w:rPr>
        <w:t>gğ) Merkezin faaliyetlerine ilişkin istatistik raporu, faaliyet programı ve kayıtları düzenlemek,</w:t>
      </w:r>
    </w:p>
    <w:p w14:paraId="77634E94" w14:textId="77777777" w:rsidR="00DC1C96" w:rsidRDefault="00DE1F5F">
      <w:pPr>
        <w:spacing w:after="60"/>
        <w:ind w:left="360"/>
      </w:pPr>
      <w:r>
        <w:rPr>
          <w:rFonts w:ascii="Arial" w:hAnsi="Arial"/>
          <w:b/>
        </w:rPr>
        <w:t xml:space="preserve">h) </w:t>
      </w:r>
      <w:r>
        <w:rPr>
          <w:rFonts w:ascii="Arial" w:hAnsi="Arial"/>
        </w:rPr>
        <w:t xml:space="preserve"> Belediye tarafından verilen mevzuata uygun diğer görevleri yerine getirmek,</w:t>
      </w:r>
    </w:p>
    <w:p w14:paraId="37CA858B" w14:textId="77777777" w:rsidR="00DC1C96" w:rsidRDefault="00DE1F5F">
      <w:pPr>
        <w:spacing w:after="60"/>
        <w:ind w:left="360"/>
      </w:pPr>
      <w:r>
        <w:rPr>
          <w:rFonts w:ascii="Arial" w:hAnsi="Arial"/>
          <w:b/>
        </w:rPr>
        <w:t xml:space="preserve">ı) </w:t>
      </w:r>
      <w:r>
        <w:rPr>
          <w:rFonts w:ascii="Arial" w:hAnsi="Arial"/>
        </w:rPr>
        <w:t xml:space="preserve"> Merkezde iş sağlığı ve güvenliği, kişisel verilerin korunması ve kurum güvenliği açısından gerekli tedbirlerin uygulanmasını takip etmek,</w:t>
      </w:r>
    </w:p>
    <w:p w14:paraId="6F71F00C" w14:textId="77777777" w:rsidR="00DC1C96" w:rsidRDefault="00DE1F5F">
      <w:pPr>
        <w:spacing w:after="60"/>
        <w:ind w:left="360"/>
      </w:pPr>
      <w:r>
        <w:rPr>
          <w:rFonts w:ascii="Arial" w:hAnsi="Arial"/>
          <w:b/>
        </w:rPr>
        <w:t xml:space="preserve">i) </w:t>
      </w:r>
      <w:r>
        <w:rPr>
          <w:rFonts w:ascii="Arial" w:hAnsi="Arial"/>
        </w:rPr>
        <w:t xml:space="preserve"> Merkezin bütçe, malzeme ve kaynaklarının amacına uygun ve tasarruflu kullanılmasına dikkat etmek.</w:t>
      </w:r>
    </w:p>
    <w:p w14:paraId="0112F24D" w14:textId="77777777" w:rsidR="00DC1C96" w:rsidRDefault="00DE1F5F">
      <w:pPr>
        <w:spacing w:before="120" w:after="40"/>
      </w:pPr>
      <w:r>
        <w:rPr>
          <w:rFonts w:ascii="Arial" w:hAnsi="Arial"/>
          <w:b/>
        </w:rPr>
        <w:t>Personelin Görev ve Sorumlulukları</w:t>
      </w:r>
    </w:p>
    <w:p w14:paraId="4EE623DA" w14:textId="77777777" w:rsidR="00DC1C96" w:rsidRDefault="00DE1F5F">
      <w:pPr>
        <w:spacing w:after="60"/>
        <w:jc w:val="both"/>
      </w:pPr>
      <w:r>
        <w:rPr>
          <w:rFonts w:ascii="Arial" w:hAnsi="Arial"/>
        </w:rPr>
        <w:t>MADDE 17- (1) Müdürlüğe bağlı personelin görevleri aşağıda belirtilmiştir:</w:t>
      </w:r>
    </w:p>
    <w:p w14:paraId="6DFA3EA8" w14:textId="77777777" w:rsidR="00DC1C96" w:rsidRDefault="00DE1F5F">
      <w:pPr>
        <w:spacing w:after="60"/>
        <w:ind w:left="360"/>
      </w:pPr>
      <w:r>
        <w:rPr>
          <w:rFonts w:ascii="Arial" w:hAnsi="Arial"/>
          <w:b/>
        </w:rPr>
        <w:t xml:space="preserve">a) </w:t>
      </w:r>
      <w:r>
        <w:rPr>
          <w:rFonts w:ascii="Arial" w:hAnsi="Arial"/>
        </w:rPr>
        <w:t xml:space="preserve"> Müdürlüğün görev ve faaliyet alanına giren iş ve işlemleri; yürürlükteki mevzuat, başkanlık emir ve talimatları ile müdür tarafından verilen görevler doğrultusunda yürütmek.</w:t>
      </w:r>
    </w:p>
    <w:p w14:paraId="34429DE1" w14:textId="77777777" w:rsidR="00DC1C96" w:rsidRDefault="00DE1F5F">
      <w:pPr>
        <w:spacing w:after="60"/>
        <w:ind w:left="360"/>
      </w:pPr>
      <w:r>
        <w:rPr>
          <w:rFonts w:ascii="Arial" w:hAnsi="Arial"/>
          <w:b/>
        </w:rPr>
        <w:t xml:space="preserve">b) </w:t>
      </w:r>
      <w:r>
        <w:rPr>
          <w:rFonts w:ascii="Arial" w:hAnsi="Arial"/>
        </w:rPr>
        <w:t xml:space="preserve"> Müdürlük tarafından yürütülen gençlik, spor, eğitim, sosyal, kültürel ve rekreatif faaliyetlerin planlanması, hazırlanması, uygulanması ve sonuçlandırılmasına katkı sağlamak.</w:t>
      </w:r>
    </w:p>
    <w:p w14:paraId="7AAF9B79" w14:textId="77777777" w:rsidR="00DC1C96" w:rsidRDefault="00DE1F5F">
      <w:pPr>
        <w:spacing w:after="60"/>
        <w:ind w:left="360"/>
      </w:pPr>
      <w:r>
        <w:rPr>
          <w:rFonts w:ascii="Arial" w:hAnsi="Arial"/>
          <w:b/>
        </w:rPr>
        <w:t xml:space="preserve">c) </w:t>
      </w:r>
      <w:r>
        <w:rPr>
          <w:rFonts w:ascii="Arial" w:hAnsi="Arial"/>
        </w:rPr>
        <w:t xml:space="preserve"> Belediyeye ait veya müdürlüğün kullanım ve sorumluluğunda bulunan spor tesisleri, gençlik merkezleri, spor alanları, salon ve diğer hizmet alanlarının etkin, verimli, düzenli ve güvenli şekilde kullanılmasına yönelik çalışmalara katılmak.</w:t>
      </w:r>
    </w:p>
    <w:p w14:paraId="3DEC6FE3" w14:textId="77777777" w:rsidR="00DC1C96" w:rsidRDefault="00DE1F5F">
      <w:pPr>
        <w:spacing w:after="60"/>
        <w:ind w:left="360"/>
      </w:pPr>
      <w:r>
        <w:rPr>
          <w:rFonts w:ascii="Arial" w:hAnsi="Arial"/>
        </w:rPr>
        <w:t>cç) Çocukların, gençlerin, kadınların, yaşlıların ve toplumun farklı kesimlerinin sportif faaliyetlere katılımını artırmaya yönelik çalışmalar yürütmek.</w:t>
      </w:r>
    </w:p>
    <w:p w14:paraId="328D25EA" w14:textId="77777777" w:rsidR="00DC1C96" w:rsidRDefault="00DE1F5F">
      <w:pPr>
        <w:spacing w:after="60"/>
        <w:ind w:left="360"/>
      </w:pPr>
      <w:r>
        <w:rPr>
          <w:rFonts w:ascii="Arial" w:hAnsi="Arial"/>
          <w:b/>
        </w:rPr>
        <w:lastRenderedPageBreak/>
        <w:t xml:space="preserve">d) </w:t>
      </w:r>
      <w:r>
        <w:rPr>
          <w:rFonts w:ascii="Arial" w:hAnsi="Arial"/>
        </w:rPr>
        <w:t xml:space="preserve"> Müdürlük görev alanındaki spor kursları, eğitim programları, turnuvalar, müsabakalar, yarışmalar, etkinlikler, kamplar, seminerler vb. faaliyetlerin yürütülmesine yardımcı olmak.</w:t>
      </w:r>
    </w:p>
    <w:p w14:paraId="6BF462AA" w14:textId="77777777" w:rsidR="00DC1C96" w:rsidRDefault="00DE1F5F">
      <w:pPr>
        <w:spacing w:after="60"/>
        <w:ind w:left="360"/>
      </w:pPr>
      <w:r>
        <w:rPr>
          <w:rFonts w:ascii="Arial" w:hAnsi="Arial"/>
          <w:b/>
        </w:rPr>
        <w:t xml:space="preserve">e) </w:t>
      </w:r>
      <w:r>
        <w:rPr>
          <w:rFonts w:ascii="Arial" w:hAnsi="Arial"/>
        </w:rPr>
        <w:t xml:space="preserve"> İlçe genelinde sportif faaliyetlerin ve gençlere yönelik çalışmaların yaygınlaştırılması amacıyla araştırma, planlama ve saha çalışmaları yapmak.</w:t>
      </w:r>
    </w:p>
    <w:p w14:paraId="1979F9BD" w14:textId="77777777" w:rsidR="00DC1C96" w:rsidRDefault="00DE1F5F">
      <w:pPr>
        <w:spacing w:after="60"/>
        <w:ind w:left="360"/>
      </w:pPr>
      <w:r>
        <w:rPr>
          <w:rFonts w:ascii="Arial" w:hAnsi="Arial"/>
          <w:b/>
        </w:rPr>
        <w:t xml:space="preserve">f) </w:t>
      </w:r>
      <w:r>
        <w:rPr>
          <w:rFonts w:ascii="Arial" w:hAnsi="Arial"/>
        </w:rPr>
        <w:t xml:space="preserve"> Spor kulüpleri, amatör spor kuruluşları, kamu kurum ve kuruluşları, universityeler, eğitim kurumları, sivil toplum kuruluşları ve ilgili diğer kuruluşlarla müdürlüğün görev alanı kapsamında yürütülecek çalışmalara katkı sağlamak.</w:t>
      </w:r>
    </w:p>
    <w:p w14:paraId="776E8360" w14:textId="77777777" w:rsidR="00DC1C96" w:rsidRDefault="00DE1F5F">
      <w:pPr>
        <w:spacing w:after="60"/>
        <w:ind w:left="360"/>
      </w:pPr>
      <w:r>
        <w:rPr>
          <w:rFonts w:ascii="Arial" w:hAnsi="Arial"/>
          <w:b/>
        </w:rPr>
        <w:t xml:space="preserve">g) </w:t>
      </w:r>
      <w:r>
        <w:rPr>
          <w:rFonts w:ascii="Arial" w:hAnsi="Arial"/>
        </w:rPr>
        <w:t xml:space="preserve"> Müdürlüğün düzenlediği veya desteklediği sportif ve gençlik faaliyetlerine ilişkin başvuru, kayıt, katılım, izin, listeleme vb. iş ve işlemleri yürütmek.</w:t>
      </w:r>
    </w:p>
    <w:p w14:paraId="65B2F129" w14:textId="77777777" w:rsidR="00DC1C96" w:rsidRDefault="00DE1F5F">
      <w:pPr>
        <w:spacing w:after="60"/>
        <w:ind w:left="360"/>
      </w:pPr>
      <w:r>
        <w:rPr>
          <w:rFonts w:ascii="Arial" w:hAnsi="Arial"/>
        </w:rPr>
        <w:t>gğ) Görev alanı ile ilgili gerekli bilgi, belge, istatistik, kayıt ve dokümanları düzenli olarak tutmak ve muhafaza etmek.</w:t>
      </w:r>
    </w:p>
    <w:p w14:paraId="1CDA9254" w14:textId="77777777" w:rsidR="00DC1C96" w:rsidRDefault="00DE1F5F">
      <w:pPr>
        <w:spacing w:after="60"/>
        <w:ind w:left="360"/>
      </w:pPr>
      <w:r>
        <w:rPr>
          <w:rFonts w:ascii="Arial" w:hAnsi="Arial"/>
          <w:b/>
        </w:rPr>
        <w:t xml:space="preserve">h) </w:t>
      </w:r>
      <w:r>
        <w:rPr>
          <w:rFonts w:ascii="Arial" w:hAnsi="Arial"/>
        </w:rPr>
        <w:t xml:space="preserve"> Müdürlüğün faaliyetleri kapsamında ihtiyaç duyulan rapor, çizelge, program, tutanak vb. diğer belgeleri hazırlamak.</w:t>
      </w:r>
    </w:p>
    <w:p w14:paraId="082C7197" w14:textId="77777777" w:rsidR="00DC1C96" w:rsidRDefault="00DE1F5F">
      <w:pPr>
        <w:spacing w:after="60"/>
        <w:ind w:left="360"/>
      </w:pPr>
      <w:r>
        <w:rPr>
          <w:rFonts w:ascii="Arial" w:hAnsi="Arial"/>
          <w:b/>
        </w:rPr>
        <w:t xml:space="preserve">ı) </w:t>
      </w:r>
      <w:r>
        <w:rPr>
          <w:rFonts w:ascii="Arial" w:hAnsi="Arial"/>
        </w:rPr>
        <w:t xml:space="preserve"> Müdürlüğün yıllık çalışma programı, performans programı, faaliyet raporu ve diğer kurumsal çalışmaların hazırlanmasına katkı sağlamak.</w:t>
      </w:r>
    </w:p>
    <w:p w14:paraId="2C0E75DD" w14:textId="77777777" w:rsidR="00DC1C96" w:rsidRDefault="00DE1F5F">
      <w:pPr>
        <w:spacing w:after="60"/>
        <w:ind w:left="360"/>
      </w:pPr>
      <w:r>
        <w:rPr>
          <w:rFonts w:ascii="Arial" w:hAnsi="Arial"/>
          <w:b/>
        </w:rPr>
        <w:t xml:space="preserve">i) </w:t>
      </w:r>
      <w:r>
        <w:rPr>
          <w:rFonts w:ascii="Arial" w:hAnsi="Arial"/>
        </w:rPr>
        <w:t xml:space="preserve"> Müdürlüğe gelen ve giden evrakın kayıt, dağıtım, arşivleme ve ilgili birimlere iletilmesi ile ilgili iş ve işlemleri yürütmek.</w:t>
      </w:r>
    </w:p>
    <w:p w14:paraId="41CC681E" w14:textId="77777777" w:rsidR="00DC1C96" w:rsidRDefault="00DE1F5F">
      <w:pPr>
        <w:spacing w:after="60"/>
        <w:ind w:left="360"/>
      </w:pPr>
      <w:r>
        <w:rPr>
          <w:rFonts w:ascii="Arial" w:hAnsi="Arial"/>
          <w:b/>
        </w:rPr>
        <w:t xml:space="preserve">j) </w:t>
      </w:r>
      <w:r>
        <w:rPr>
          <w:rFonts w:ascii="Arial" w:hAnsi="Arial"/>
        </w:rPr>
        <w:t xml:space="preserve"> Müdürlüğün görev alanı ile ilgili yazışmaları verilen yetki ve görev çerçevesinde hazırlamak, ilgili amirin onayına sunmak.</w:t>
      </w:r>
    </w:p>
    <w:p w14:paraId="59C30FA7" w14:textId="77777777" w:rsidR="00DC1C96" w:rsidRDefault="00DE1F5F">
      <w:pPr>
        <w:spacing w:after="60"/>
        <w:ind w:left="360"/>
      </w:pPr>
      <w:r>
        <w:rPr>
          <w:rFonts w:ascii="Arial" w:hAnsi="Arial"/>
          <w:b/>
        </w:rPr>
        <w:t xml:space="preserve">k) </w:t>
      </w:r>
      <w:r>
        <w:rPr>
          <w:rFonts w:ascii="Arial" w:hAnsi="Arial"/>
        </w:rPr>
        <w:t xml:space="preserve"> Müdürlük bünyesinde gerçekleştirilen faaliyetlerin; duyuru, tanıtım ve bilgilendirme çalışmalarına katkı sağlamak.</w:t>
      </w:r>
    </w:p>
    <w:p w14:paraId="2B3C61D2" w14:textId="77777777" w:rsidR="00DC1C96" w:rsidRDefault="00DE1F5F">
      <w:pPr>
        <w:spacing w:after="60"/>
        <w:ind w:left="360"/>
      </w:pPr>
      <w:r>
        <w:rPr>
          <w:rFonts w:ascii="Arial" w:hAnsi="Arial"/>
          <w:b/>
        </w:rPr>
        <w:t xml:space="preserve">l) </w:t>
      </w:r>
      <w:r>
        <w:rPr>
          <w:rFonts w:ascii="Arial" w:hAnsi="Arial"/>
        </w:rPr>
        <w:t xml:space="preserve"> Spor tesisleri ve etkinlik alanlarında; kullanım, bakım ve temizliğini yapmak, güvenlik ve işleyişe ilişkin tespit edilen aksaklıkları ilgili amire bildirmek.</w:t>
      </w:r>
    </w:p>
    <w:p w14:paraId="46817B32" w14:textId="77777777" w:rsidR="00DC1C96" w:rsidRDefault="00DE1F5F">
      <w:pPr>
        <w:spacing w:after="60"/>
        <w:ind w:left="360"/>
      </w:pPr>
      <w:r>
        <w:rPr>
          <w:rFonts w:ascii="Arial" w:hAnsi="Arial"/>
          <w:b/>
        </w:rPr>
        <w:t xml:space="preserve">m) </w:t>
      </w:r>
      <w:r>
        <w:rPr>
          <w:rFonts w:ascii="Arial" w:hAnsi="Arial"/>
        </w:rPr>
        <w:t xml:space="preserve"> Müdürlüğün kullanımında bulunan taşınır, araç, gereç, spor malzemeleri ve diğer demirbaşların korunması, düzenli kullanılması ve kayıtların tutulmasına ilişkin iş ve işlemleri yürütmek.</w:t>
      </w:r>
    </w:p>
    <w:p w14:paraId="7060190F" w14:textId="77777777" w:rsidR="00DC1C96" w:rsidRDefault="00DE1F5F">
      <w:pPr>
        <w:spacing w:after="60"/>
        <w:ind w:left="360"/>
      </w:pPr>
      <w:r>
        <w:rPr>
          <w:rFonts w:ascii="Arial" w:hAnsi="Arial"/>
          <w:b/>
        </w:rPr>
        <w:t xml:space="preserve">n) </w:t>
      </w:r>
      <w:r>
        <w:rPr>
          <w:rFonts w:ascii="Arial" w:hAnsi="Arial"/>
        </w:rPr>
        <w:t xml:space="preserve"> Görev alanı ile ilgili mevzuat değişikliklerini takip etmek ve görevlerini mevzuata uygun şekilde yerine getirmek.</w:t>
      </w:r>
    </w:p>
    <w:p w14:paraId="31AE43DE" w14:textId="77777777" w:rsidR="00DC1C96" w:rsidRDefault="00DE1F5F">
      <w:pPr>
        <w:spacing w:after="60"/>
        <w:ind w:left="360"/>
      </w:pPr>
      <w:r>
        <w:rPr>
          <w:rFonts w:ascii="Arial" w:hAnsi="Arial"/>
          <w:b/>
        </w:rPr>
        <w:t xml:space="preserve">o) </w:t>
      </w:r>
      <w:r>
        <w:rPr>
          <w:rFonts w:ascii="Arial" w:hAnsi="Arial"/>
        </w:rPr>
        <w:t xml:space="preserve"> Hizmetlerden yararlanan vatandaşların başvuru, talep, öneri ve şikâyetlerini ilgili mevzuat çerçevesinde değerlendirmek ve sonuçlandırmak üzere ilgili amire iletmek.</w:t>
      </w:r>
    </w:p>
    <w:p w14:paraId="056E7963" w14:textId="77777777" w:rsidR="00DC1C96" w:rsidRDefault="00DE1F5F">
      <w:pPr>
        <w:spacing w:after="60"/>
        <w:ind w:left="360"/>
      </w:pPr>
      <w:r>
        <w:rPr>
          <w:rFonts w:ascii="Arial" w:hAnsi="Arial"/>
          <w:b/>
        </w:rPr>
        <w:t xml:space="preserve">ö) </w:t>
      </w:r>
      <w:r>
        <w:rPr>
          <w:rFonts w:ascii="Arial" w:hAnsi="Arial"/>
        </w:rPr>
        <w:t xml:space="preserve"> Görevi nedeniyle edindiği bilgi ve belgelerin gizliliğine uymak; kişisel verilerin korunmasına ilişkin mevzuat hükümlerine riayet etmek.</w:t>
      </w:r>
    </w:p>
    <w:p w14:paraId="7A33875B" w14:textId="77777777" w:rsidR="00DC1C96" w:rsidRDefault="00DE1F5F">
      <w:pPr>
        <w:spacing w:after="60"/>
        <w:ind w:left="360"/>
      </w:pPr>
      <w:r>
        <w:rPr>
          <w:rFonts w:ascii="Arial" w:hAnsi="Arial"/>
          <w:b/>
        </w:rPr>
        <w:t xml:space="preserve">p) </w:t>
      </w:r>
      <w:r>
        <w:rPr>
          <w:rFonts w:ascii="Arial" w:hAnsi="Arial"/>
        </w:rPr>
        <w:t xml:space="preserve"> İş sağlığı ve güvenliği ile ilgili mevzuat hükümlerine, kurum içi düzenlemelere ve çalışmalara uymak.</w:t>
      </w:r>
    </w:p>
    <w:p w14:paraId="25DC9756" w14:textId="77777777" w:rsidR="00DC1C96" w:rsidRDefault="00DE1F5F">
      <w:pPr>
        <w:spacing w:after="60"/>
        <w:ind w:left="360"/>
      </w:pPr>
      <w:r>
        <w:rPr>
          <w:rFonts w:ascii="Arial" w:hAnsi="Arial"/>
          <w:b/>
        </w:rPr>
        <w:t xml:space="preserve">r) </w:t>
      </w:r>
      <w:r>
        <w:rPr>
          <w:rFonts w:ascii="Arial" w:hAnsi="Arial"/>
        </w:rPr>
        <w:t xml:space="preserve"> Amirlerince verilen görevleri; görev, yetki ve sorumlulukları çerçevesinde, zamanında ve mevzuata uygun olarak yerine getirmek.</w:t>
      </w:r>
    </w:p>
    <w:p w14:paraId="1AA679AA" w14:textId="77777777" w:rsidR="00DC1C96" w:rsidRDefault="00DE1F5F">
      <w:pPr>
        <w:spacing w:after="60"/>
        <w:ind w:left="360"/>
      </w:pPr>
      <w:r>
        <w:rPr>
          <w:rFonts w:ascii="Arial" w:hAnsi="Arial"/>
          <w:b/>
        </w:rPr>
        <w:t xml:space="preserve">s) </w:t>
      </w:r>
      <w:r>
        <w:rPr>
          <w:rFonts w:ascii="Arial" w:hAnsi="Arial"/>
        </w:rPr>
        <w:t xml:space="preserve"> Görevleri ile ilgili olarak diğer müdürlüklerle koordineli çalışmak.</w:t>
      </w:r>
    </w:p>
    <w:p w14:paraId="7F9623CE" w14:textId="77777777" w:rsidR="00DC1C96" w:rsidRDefault="00DE1F5F">
      <w:pPr>
        <w:spacing w:after="60"/>
        <w:ind w:left="360"/>
      </w:pPr>
      <w:r>
        <w:rPr>
          <w:rFonts w:ascii="Arial" w:hAnsi="Arial"/>
          <w:b/>
        </w:rPr>
        <w:t xml:space="preserve">ş) </w:t>
      </w:r>
      <w:r>
        <w:rPr>
          <w:rFonts w:ascii="Arial" w:hAnsi="Arial"/>
        </w:rPr>
        <w:t xml:space="preserve"> Müdürlüğün görev alanına giren konularda verilen diğer görevleri, ilgili mevzuat çerçevesinde yerine getirmek.</w:t>
      </w:r>
    </w:p>
    <w:p w14:paraId="3DE886C1" w14:textId="77777777" w:rsidR="00DC1C96" w:rsidRDefault="00DE1F5F">
      <w:pPr>
        <w:spacing w:after="60"/>
        <w:ind w:left="360"/>
      </w:pPr>
      <w:r>
        <w:rPr>
          <w:rFonts w:ascii="Arial" w:hAnsi="Arial"/>
        </w:rPr>
        <w:lastRenderedPageBreak/>
        <w:t>(2) Personel; kendisine verilen görevleri mevzuata, hizmet gereklerine, kurumun çalışma düzenine ve amirlerinin hukuka uygun emir ve talimatlarına uygun olarak yerine getirir.</w:t>
      </w:r>
    </w:p>
    <w:p w14:paraId="1C8669C4" w14:textId="77777777" w:rsidR="00DC1C96" w:rsidRDefault="00DE1F5F">
      <w:pPr>
        <w:spacing w:after="60"/>
        <w:ind w:left="360"/>
      </w:pPr>
      <w:r>
        <w:rPr>
          <w:rFonts w:ascii="Arial" w:hAnsi="Arial"/>
        </w:rPr>
        <w:t>(3) Personelin görev, yetki ve sorumlulukları; kadro ve unvanı, görev tanımı ve Başkanlık tarafından yapılan görev dağılımı dikkate alınarak Müdür tarafından belirlenir.</w:t>
      </w:r>
    </w:p>
    <w:p w14:paraId="6B943AE6" w14:textId="77777777" w:rsidR="00DC1C96" w:rsidRDefault="00DE1F5F">
      <w:pPr>
        <w:spacing w:before="240" w:after="60"/>
        <w:jc w:val="center"/>
      </w:pPr>
      <w:r>
        <w:rPr>
          <w:rFonts w:ascii="Arial" w:hAnsi="Arial"/>
          <w:b/>
          <w:sz w:val="24"/>
        </w:rPr>
        <w:t>DÖRDÜNCÜ BÖLÜM</w:t>
      </w:r>
    </w:p>
    <w:p w14:paraId="30A47A53" w14:textId="77777777" w:rsidR="00DC1C96" w:rsidRDefault="00DE1F5F">
      <w:pPr>
        <w:spacing w:after="240"/>
        <w:jc w:val="center"/>
      </w:pPr>
      <w:r>
        <w:rPr>
          <w:rFonts w:ascii="Arial" w:hAnsi="Arial"/>
          <w:b/>
        </w:rPr>
        <w:t>Hizmet Esasları, Disiplin, Sosyal Muafiyet ve Yürürlük</w:t>
      </w:r>
    </w:p>
    <w:p w14:paraId="30F583DE" w14:textId="77777777" w:rsidR="00DC1C96" w:rsidRDefault="00DE1F5F">
      <w:pPr>
        <w:spacing w:before="120" w:after="40"/>
      </w:pPr>
      <w:r>
        <w:rPr>
          <w:rFonts w:ascii="Arial" w:hAnsi="Arial"/>
          <w:b/>
        </w:rPr>
        <w:t>Tesis Kullanım ve Disiplin Kuralları</w:t>
      </w:r>
    </w:p>
    <w:p w14:paraId="55D09A96" w14:textId="77777777" w:rsidR="00DC1C96" w:rsidRDefault="00DE1F5F">
      <w:pPr>
        <w:spacing w:after="120"/>
        <w:jc w:val="both"/>
      </w:pPr>
      <w:r>
        <w:rPr>
          <w:rFonts w:ascii="Arial" w:hAnsi="Arial"/>
        </w:rPr>
        <w:t>MADDE 18- (1) Tesis demirbaşlarına ve spor ekipmanlarına kasıtlı olarak zarar veren veya genel ahlak ve disiplin kurallarına aykırı davranan kişilerin üyelikleri askıya alınır; oluşan kamu zararı rücu edilerek ilgilisinden tahsil edilir. Ücretli antrenörler hakkında yapılan her türlü yazışma sonuçlandıktan sonra ilgililerin özlük dosyalarına eklenir.</w:t>
      </w:r>
    </w:p>
    <w:p w14:paraId="3EC75C83" w14:textId="77777777" w:rsidR="00DC1C96" w:rsidRDefault="00DE1F5F">
      <w:pPr>
        <w:spacing w:before="120" w:after="40"/>
      </w:pPr>
      <w:r>
        <w:rPr>
          <w:rFonts w:ascii="Arial" w:hAnsi="Arial"/>
          <w:b/>
        </w:rPr>
        <w:t>Sosyal Muafiyetler</w:t>
      </w:r>
    </w:p>
    <w:p w14:paraId="0134D646" w14:textId="77777777" w:rsidR="00DC1C96" w:rsidRDefault="00DE1F5F">
      <w:pPr>
        <w:spacing w:after="120"/>
        <w:jc w:val="both"/>
      </w:pPr>
      <w:r>
        <w:rPr>
          <w:rFonts w:ascii="Arial" w:hAnsi="Arial"/>
        </w:rPr>
        <w:t>MADDE 19- (1) Belediye tarafından sunulan ücretli spor ve gençlik hizmetlerinden; engelli vatandaşlar, şehit ve gazi yakınları, yetim ve öksüz çocuklar ile sosyo-ekonomik durumunun yetersiz olduğu kaymakamlık veya belediye sosyal inceleme raporuyla tespit edilen kişiler %100 muafiyetle (ücretsiz) yararlanırlar.</w:t>
      </w:r>
    </w:p>
    <w:p w14:paraId="630CF63F" w14:textId="77777777" w:rsidR="00DC1C96" w:rsidRDefault="00DE1F5F">
      <w:pPr>
        <w:spacing w:before="120" w:after="40"/>
      </w:pPr>
      <w:r>
        <w:rPr>
          <w:rFonts w:ascii="Arial" w:hAnsi="Arial"/>
          <w:b/>
        </w:rPr>
        <w:t>Yürürlük</w:t>
      </w:r>
    </w:p>
    <w:p w14:paraId="034FBF49" w14:textId="77777777" w:rsidR="00DC1C96" w:rsidRDefault="00DE1F5F">
      <w:pPr>
        <w:spacing w:after="120"/>
        <w:jc w:val="both"/>
      </w:pPr>
      <w:r>
        <w:rPr>
          <w:rFonts w:ascii="Arial" w:hAnsi="Arial"/>
        </w:rPr>
        <w:t>MADDE 20- (1) Bu yönetmelik, Efeler Belediye Meclisi tarafından kabul edilmesi ve ilan edilmesini takip eden gün yürürlüğe girer.</w:t>
      </w:r>
    </w:p>
    <w:p w14:paraId="2569FDC8" w14:textId="77777777" w:rsidR="00DC1C96" w:rsidRDefault="00DE1F5F">
      <w:pPr>
        <w:spacing w:before="120" w:after="40"/>
      </w:pPr>
      <w:r>
        <w:rPr>
          <w:rFonts w:ascii="Arial" w:hAnsi="Arial"/>
          <w:b/>
        </w:rPr>
        <w:t>Yürütme</w:t>
      </w:r>
    </w:p>
    <w:p w14:paraId="6E39A637" w14:textId="77777777" w:rsidR="00DC1C96" w:rsidRDefault="00DE1F5F">
      <w:pPr>
        <w:spacing w:after="120"/>
        <w:jc w:val="both"/>
      </w:pPr>
      <w:r>
        <w:rPr>
          <w:rFonts w:ascii="Arial" w:hAnsi="Arial"/>
        </w:rPr>
        <w:t>MADDE 21- (1) Bu yönetmelik hükümlerini Efeler Belediye Başkanı yürütür.</w:t>
      </w:r>
    </w:p>
    <w:sectPr w:rsidR="00DC1C96"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34163056">
    <w:abstractNumId w:val="8"/>
  </w:num>
  <w:num w:numId="2" w16cid:durableId="1544291519">
    <w:abstractNumId w:val="6"/>
  </w:num>
  <w:num w:numId="3" w16cid:durableId="816847062">
    <w:abstractNumId w:val="5"/>
  </w:num>
  <w:num w:numId="4" w16cid:durableId="173233609">
    <w:abstractNumId w:val="4"/>
  </w:num>
  <w:num w:numId="5" w16cid:durableId="1977057228">
    <w:abstractNumId w:val="7"/>
  </w:num>
  <w:num w:numId="6" w16cid:durableId="1185048818">
    <w:abstractNumId w:val="3"/>
  </w:num>
  <w:num w:numId="7" w16cid:durableId="1070156528">
    <w:abstractNumId w:val="2"/>
  </w:num>
  <w:num w:numId="8" w16cid:durableId="1257518361">
    <w:abstractNumId w:val="1"/>
  </w:num>
  <w:num w:numId="9" w16cid:durableId="150945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C0424"/>
    <w:rsid w:val="0015074B"/>
    <w:rsid w:val="0029639D"/>
    <w:rsid w:val="002F3546"/>
    <w:rsid w:val="002F7D9C"/>
    <w:rsid w:val="00326F90"/>
    <w:rsid w:val="004C058E"/>
    <w:rsid w:val="00AA1D8D"/>
    <w:rsid w:val="00B47730"/>
    <w:rsid w:val="00CB0664"/>
    <w:rsid w:val="00DC1C96"/>
    <w:rsid w:val="00DE1F5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066F94"/>
  <w14:defaultImageDpi w14:val="300"/>
  <w15:docId w15:val="{E419D0DF-AC4F-4EBD-A41C-B3FF56D04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BF7C8-74AE-4EA9-8097-C8EE1F21C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3352</Words>
  <Characters>19110</Characters>
  <Application>Microsoft Office Word</Application>
  <DocSecurity>0</DocSecurity>
  <Lines>159</Lines>
  <Paragraphs>44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22418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Yeliz DEMİR</cp:lastModifiedBy>
  <cp:revision>6</cp:revision>
  <cp:lastPrinted>2026-11-02T12:18:00Z</cp:lastPrinted>
  <dcterms:created xsi:type="dcterms:W3CDTF">2026-10-27T06:46:00Z</dcterms:created>
  <dcterms:modified xsi:type="dcterms:W3CDTF">2026-11-02T12:18:00Z</dcterms:modified>
  <cp:category/>
</cp:coreProperties>
</file>